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姓名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东华大学2026年接收推荐免试攻读研究生拟录取名单（第1部分）。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发布日期（推定）：2025年10月16日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本部分名单为东华大学2026年接收推荐免试攻读研究生拟录取名单。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拟录取研究方向等详细信息，以中国研招网推免服务系统内确认信息为准。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十、拟录取名单明细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常亚楠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张一诺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任洪雨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黄咏琪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刘梁越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陈梓茵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唐煊凯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陈艺卓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0821Z5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非织造材料与工程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朱维明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0821Z5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非织造材料与工程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胡宗暖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张如旭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徐祺荣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俎欣乐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崔琰婧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段龙安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黄成雨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汤海刚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吴尉诚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阳铭远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王庭槐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化学与化工学院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肖佑波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化学与化工学院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赵文佐赫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化学与化工学院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刘贺平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化学与化工学院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林凯翔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化学与化工学院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陆佳宁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杜鑫宇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陈垠银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李长青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李文昊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李旭彤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王璐璐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刘岱易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宋柏彦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施正阳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辛舒琪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林云翔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米扬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叶生昊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杨佳颖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殷晗清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郭家豪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金禹含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占晨晨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郑焕凤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高羽轩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陈莹潞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郏昱洁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杨佳琳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王志明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李宇欣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曹雨默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张芝诺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俞嘉妮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李雨洁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孟祥健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石梦洁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蒋思诺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党子怡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孙恩惠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周子琦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吴申嘉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唐甄婧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贾晋瑞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喻杰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鲍文浚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龙林天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赵晨希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林以和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周诗怡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张雨欣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高佳怡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李秋汝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阚一涔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周子偲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关忆萌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保银波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马开权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王金凯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王天逸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叶淼琳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廖章芷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王思莹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吴秋兰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汪梓俊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刘宏扬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宫文涛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冯依曼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胡宇波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雷雨忻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杨建炜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向慧琰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殷昭慧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张晨怡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沐媛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丁子怡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梁蓉蓉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李梦婷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王玉杰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鹿一昊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郝云鹏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赵文婷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王思圆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纺织材料与纺织品设计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0821Z5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非织造材料与工程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颉明晶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0821Z5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非织造材料与工程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杨兴慰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0821Z5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非织造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本段为推免拟录取名单，共涉及 3 个学院、多个专业，名单按学院、专业、学位类型分组排列，含 3 名退役大学生士兵计划考生和 1 名研究生支教团考生。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九、材料科学与工程学院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材料学（080502，学术学位）：共 43 人，名单为卢梦达、洪彩虹、常乐奇、黄皖媛、赵更祥、王方圆、廖思敏、余常滨、孙至正、李尚文、朱尧、季美君、苏可、戴雪龙、梁蕊、邵天运、胡怡萱、申大平、胡玉娇、李佳、汤云淇、张倩、苗中飞、尚影、张玉莉、熊丹、上官蕾、郭蕊蕊、李洪彪、刘雅、杨燕、杜文松、赵婷婷、陈贞利、李帅杰、朱思霖、石萱、周利燊、陈文静、王诗琪、邹雷、高茜、程亮、王乐。其中王乐为退役大学生士兵计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材料加工工程（080503，学术学位）：共 8 人，名单为李雨阳、高怡瑄、许可莹、闫建宇、邓锦、程慧凡、吴玉洁、赵予心。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纳米纤维及杂化材料（0805Z1，学术学位）：共 4 人，名单为田永建、孙成旭、许伟辉、申鎔嘉。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功能与智能材料（0805Z2，学术学位）：共 7 人，名单为尹忠彬、赵双艳、赵凯、吴燕雨、覃琳、吴笑佳、文睿。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材料与化工（085600，专业学位）：共 6 人，名单为刘思含、任欣妤、马旗芳、张子豪、解安然、杨婷玉。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十、化学与化工学院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化学（070300，学术学位）：共 6 人，名单为罗晓钰、张小易、刘子豪、徐艺、秦乙文、刘茹梦。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化学工程与技术（081700，学术学位）：共 6 人，名单为陈嘉雯、曹杨、陈文仕、刘瑶、何美越、张雪金。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纺织化学与染整工程（082103，学术学位）：共 14 人，名单为袁永辉、刘奥、余文纯、殷晗、张国伟、卜静怡、刘梦婷、曾彬、刘京平、丁双飞、陈蕊、胡贝琪、于锡京。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五、机械工程学院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机械工程（080200，学术学位）：共 55 人，名单为周欣来、张琪珺、王天媛、席盈、高烁彤、洪蔚、胡安娜、刘佳楠、庞滢优冉、阮星烨、王全辉、秦志文、佟春宇、冯永涛、刘潮申、赵蕾、杨进云、郑丹梅、袁怡婷、文金良、徐崎、李文豪、刘丹丹、高俊青、朱悦悦、潘嘉乐、陈瑞、张孝贝、肖娟、周宇杰、王伟业、袁丁、朱世博、于化龙、何佳、王森、李沈可心、杨瑞、徐思源、张珍铭、许硕、肖文杰、谈睿泽、刘子瑄、李志、张锦梅、刘雪、喻晓倩、吴建堂、赵旭宏、吴白雪、吕凯琳、何长青。其中庞滢优冉为研究生支教团，王全辉、秦志文、佟春宇、徐崎为退役大学生士兵计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机械（085500，专业学位）：共 32 人，名单为温皓笛、冯浩楠、谭棋瑞、孙亚楠、况朝琛、尚浩辉、李志杰、金宇杰、田逸奇、马浩宇、任兴月、彭罡、袁文博、戴鲤龙、杨宇灿、陈毅、马杨、袁文雯、赵彦钧、时壹弘、杨瑜、赵岱青、黄晴、杨欣悦、耿自磊、张欣雨、曲奕如、王佳慧、郑妮娜、赵婧瑶、张毓悦、李心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六、汇总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人数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材料加工工程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0805Z1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纳米纤维及杂化材料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0805Z2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功能与智能材料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纺织化学与染整工程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本段名单合计 181 人，其中退役大学生士兵计划 3 人（王乐、王全辉、秦志文、佟春宇、徐崎，共 5 人，分属材料学 1 人、机械工程 4 人），研究生支教团 1 人（庞滢优冉）。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本段为推免拟录取名单，涉及机械工程学院、旭日工商管理学院两个学院，共 5 个专业（方向），名单按学院、专业代码、专业名称、学位类型分组列出。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九、机械工程学院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专业代码 085500，专业名称机械，学位类型专业学位，共 11 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杨欣悦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耿自磊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张欣雨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曲奕如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王佳慧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郑妮娜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赵婧瑶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张毓悦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李心烨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程雯佳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十、旭日工商管理学院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专业代码 020200，专业名称应用经济学，学位类型学术学位，共 15 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姚之语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罗喻方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苏志雄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李家宜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王婧旖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杨皓博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陈海薇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冯子菲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钱颖越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牛蕾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李嘉楠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荆倩文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李番玓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张昕怡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专业代码 025100，专业名称金融，学位类型专业学位，共 25 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蔡依炜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刘晓阳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蒋立成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齐文慧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张心悦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袁彬铕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李楚琨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袁婷钰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陈鹤文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胡芷璇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向尧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吕祺心悦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马梓婕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黄子璇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朱琳璇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赫静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胡婧颖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刘芮宁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张翊萱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赵周伟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金培欣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专业代码 025400，专业名称国际商务，学位类型专业学位，共 22 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王一博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林凌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袁佳煖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项啟沁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任金梅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雍奇霖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刘雨晴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杨芮宁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蔡柔钧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杨兴越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陈泠好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诸悦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何振瀚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曹羽皓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毛思蕴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诺日格拉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刘萌萌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刘锦桐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王亦菲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专业代码 120100，专业名称管理科学与工程，学位类型学术学位，共 24 人。其中史一飞为研究生支教团，谢凯、谢耘柯为退役大学生士兵计划。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史一飞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研究生支教团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孟妍玥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王鸣宇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何金慧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退役大学生士兵计划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纪水珍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张雨佳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周诗怡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胡慧希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郑娅楠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樊志强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顾博雅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李雨欣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韩金京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郜元祯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廖远赓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张清扬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谢耘柯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退役大学生士兵计划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史依雯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唐毓馨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专业代码 120200，专业名称工商管理学，学位类型学术学位，共 24 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朱恩令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李晓玥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张钰欣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陈雨诺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何文景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张英姿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王子由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官羽洁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林扬宇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郁紫嫣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王润娇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李旻熙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谢申琪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韦钰凤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孙晸玥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任涛琪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杨励图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刘美佟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张晶晶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徐雨妍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曹瑀轩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专业代码 125300，专业名称会计，学位类型专业学位，共 55 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夏名艺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马子涵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杨瑞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管芸莹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戴佳颐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时美蓉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王秭元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金丹丹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本段为推免拟录取名单，涉及旭日工商管理学院、服装与艺术设计学院、环境科学与工程学院三个学院，共包含 125300 会计、125604 物流工程与管理、082104 服装设计与工程、085600 材料与化工、130100 艺术学、135600 美术与书法、135700 设计、137000 设计学、081400 土木工程、083001 环境科学等专业，学习方式分为专业学位与学术学位。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九、旭日工商管理学院（学院代码 007）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125300 会计（专业学位），共 26 人：尘积、颜抒凌、王敬文、朱奕琪、何贝、刘欢、刘斯羽、乔嘉祺、杨绪瑞、贺如怡、薛加欣、龙海馨、訾宇瞳、赵舒荷、刘瑞熹、焦思源、丁健雅、郑晶今、吴锐柠、夏玉涵、李小琴、黄钟晴、顾慧远、史佳卉、陆左颖、孙湘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125604 物流工程与管理（专业学位），共 13 人：王怡丹、钱乐馨、吴诗玉、金洁芸、白奕菲、马懿嘉、陆岚斐、姚恒、岳梦雅、杨芯茹、齐煜、李昱睿、朱陈悦。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十、服装与艺术设计学院（学院代码 008）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082104 服装设计与工程（学术学位），共 36 人：张珈瑜、许雅倩、董靖宇、高瑞欣、余周珊、黄煜棋、任鑫睦、林盈君、李子欣、张乐仪、叶子轩、吴昀芝、梁佳、翟雪倩、黄宜灵、叶挺、林心怡、刘金灵、刘晓诺、刘凝、王盈盈、王梓萌、佟妍、徐瑞鑫、陈颖、闫家茜、柏婧仪、黄廷露、李奕萱、曹心雨、林紫晴、姜丽霞、朱延晴、吴乐妍、郭怡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085600 材料与化工（专业学位），共 13 人：胡艺洲、郭虹、刘宇琪、梁漪荷、孔钟媛、潘芝诺、刘雨欣、尹博雅、任澍怡、王静、夏雨萱、邵章雅、胡明琳。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130100 艺术学（学术学位），共 6 人：胡诚蓓、赵佳琦、黄冰冰、俞欣悦、张苏丽扬、温铠禧。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135600 美术与书法（专业学位），共 1 人：曾舒灵。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135700 设计（专业学位），共 45 人：张婧雅（研究生支教团）、王雅博、朱佳妍、陈依琳、傅思涵、石怡洁、黎钟麟、李晟昳、孟欣、万梦琦、王婧炜、吴思颖、王斐、朱珂菲、沈彤、祝虹宇、李佳瑜、王羽佳、张珅、王雨阳、顾雨婕、肖宜昀、庄宇成、陈宣含、曾媛媛、董云飞、李承遥、谢淑敏、范大为、苏启慧、慈健、童薇、陈子杭、郑依依、代晨悦、刘思贝、潘镜如、张韵希、谷妍雨、郑佳晨、印淑怡、王昕瑜、詹新苗、张笑语、陈可心、麻烊瑞、薛佩瑶、吴艺衡、李梓宁、唐笑童、许高怡、谢欣桐、茅若寒、周立颖、陆馨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137000 设计学（学术学位），共 17 人：张心兰、赵静怡、辛宇、李素素、傅佳莉、吉晨铭、刘越、吴宇、王玉琪、祁诗茵、景治、黄瑞洋、吴曼云、平婧怡、韩奕雯、张菡雨、谢彦梓。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五、环境科学与工程学院（学院代码 010）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081400 土木工程（学术学位），共 5 人：孟敬轩、杨源芳、刘雪、刘鑫伟、李思怡。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083001 环境科学（学术学位），共 1 人：王天宇。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尘积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颜抒凌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王敬文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朱奕琪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何贝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刘欢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刘斯羽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乔嘉祺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杨绪瑞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贺如怡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薛加欣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龙海馨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訾宇瞳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赵舒荷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刘瑞熹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焦思源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丁健雅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郑晶今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吴锐柠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夏玉涵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李小琴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黄钟晴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顾慧远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史佳卉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陆左颖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孙湘娉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125604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物流工程与管理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125604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物流工程与管理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钱乐馨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125604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物流工程与管理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吴诗玉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125604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物流工程与管理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金洁芸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125604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物流工程与管理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白奕菲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125604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物流工程与管理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马懿嘉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125604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物流工程与管理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陆岚斐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125604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物流工程与管理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姚恒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125604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物流工程与管理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岳梦雅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125604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物流工程与管理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杨芯茹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125604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物流工程与管理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齐煜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125604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物流工程与管理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李昱睿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旭日工商管理学院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125604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物流工程与管理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朱陈悦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张珈瑜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许雅倩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董靖宇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高瑞欣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余周珊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黄煜棋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任鑫睦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林盈君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李子欣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张乐仪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叶子轩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吴昀芝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梁佳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翟雪倩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黄宜灵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叶挺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林心怡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刘金灵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刘晓诺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刘凝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王盈盈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王梓萌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佟妍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徐瑞鑫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闫家茜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柏婧仪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黄廷露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李奕萱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曹心雨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林紫晴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姜丽霞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朱延晴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吴乐妍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服装设计与工程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郭怡天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胡艺洲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刘宇琪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梁漪荷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孔钟媛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潘芝诺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刘雨欣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尹博雅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任澍怡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王静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夏雨萱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邵章雅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胡明琳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胡诚蓓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赵佳琦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黄冰冰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俞欣悦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张苏丽扬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温铠禧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曾舒灵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张婧雅（研究生支教团）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王雅博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朱佳妍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陈依琳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傅思涵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石怡洁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黎钟麟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李晟昳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孟欣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万梦琦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王婧炜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吴思颖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服装与艺术设计学院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王斐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生拟录取名单，涉及服装与艺术设计学院、环境科学与工程学院、数学与统计学院、人文学院、外语学院、马克思主义学院、生物与医学工程学院、民用航空复合材料协同创新中心、物理学院、体育部、卓越工程师学院、信息与智能科学学院等单位，共列出 200 人。名单按学院代码、学院名称、专业代码、专业名称、学位类型、姓名、专项计划等字段排列，其中专项计划包括研究生支教团、退役大学生士兵计划。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九、服装与艺术设计学院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设计学（137000，学术学位）：张菡雨、谢彦梓、孟敬轩，共 3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十、环境科学与工程学院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土木工程（081400，学术学位）：杨源芳、刘雪、刘鑫伟、李思怡、王天宇，共 5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环境科学（083001，学术学位）：王宣静、张梦晨、王思怡、董文慧、付思妍、朱亚格、余嘉辉，共 7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环境工程（083002，学术学位）：刘颖敏、廖子杰、于亢淼、王宇汇、郭家瑄、陈后鹏、常安馨、蔡薇、王雅欣、胡铭远，共 10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资源与环境（085700，专业学位）：钟茂林，共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能源动力（085800，专业学位）：徐明月，共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土木水利（085900，专业学位）：裴贻旭，共 1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五、数学与统计学院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应用统计（025200，专业学位）：王舒生、高洁、梁佳媛、许蔚蔚、杜松原、唐梦森、罗锦汇、洪彤、何晓雅、周莉鑫、高行、周源凯、袁柯楠、付静瑶、汪灵杉、余子政、李梦瑶、朱奕洁、朱旭阳、李萍，共 20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数学（070100，学术学位）：张子诺、刘静蕾、李笑蒙、朱美璇、刘芮妍、何硕、王梓璇、蔡启铖、温紫嫣、陈如梦、刘日涛、曹雪、赵禹佳、孙永琪、林经翔、谢冰雪、尹颖、戴猷轩、左思懿、刘瑞坤、蓝欣、王易、史羽白，共 23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六、人文学院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新闻与传播（055200，专业学位）：高俊、陈云起、朱佳颖、李润喆、汤晓雨（研究生支教团）、王禹璇、吴亦涵、王思诗、于璐、郭钰圻、周琪（研究生支教团），共 11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科学技术史（071200，学术学位）：余剑江、杨晴晴，共 2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公共管理学（120400，学术学位）：李孜、傅佳玮、房祥翔、胡玉莎、褚元媛，共 5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五、外语学院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翻译（055100，专业学位）：曹思云、赵心悦、王玲玲、陈思远、毛缘媛、韩纯苗、王奇岳、陈佳昊、沈汪婧、贡琳洁、杨欣怡、戴兰馨、陈蜀倩、吴黛薇、顾雪雯、叶镔树、李金秀、罗睿、高安迪、黄馨、唐雨清、陆彤、林雨晴、郭玥含、彭先悦、杨明畅、赵明月、韩欣颐，共 28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六、马克思主义学院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马克思主义理论（030500，学术学位）：俞珂颖（研究生支教团）、赵涵，共 2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七、生物与医学工程学院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生物学（071000，学术学位）：李思宜、沈若寒、龚昱文、魏鹏飞、赵苗、王雪晨，共 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生物医学工程（077700，学术学位）：秦林洁、李静静、格各望才让、朱妍心、李永琳、王钿、陈美霖，共 7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生物与医药（086000，专业学位）：王芯悦、谢晓雪，共 2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八、民用航空复合材料协同创新中心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固体力学（080102，学术学位）：赵家银、沈煦文，共 2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九、物理学院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物理学（070200，学术学位）：蔡江星，共 1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十、体育部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体育（045200，专业学位）：李婧瑜、肖裕仪、王云晓、于静奕、宋润潼，共 5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十一、卓越工程师学院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电子信息（085400，专业学位）：柴硕、盛天佑，共 2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机械（085500，专业学位）：张佳薇、曹芸华、穆俊阳、郑少浦、袁振宇、姜云峰、金熙霖、杨少博、熊烨（退役大学生士兵计划），共 9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材料与化工（085600，专业学位）：张瑞、刘悦宁、黄鑫婷、李冰、郭静芸、黄叙检、王康霖、白慧群、乔心鈺、习景媛、朱靖雅、梁德灿、黄鑫、王雨洁，共 14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生物与医药（086000，专业学位）：邓卫哲、钱炎、刘旖旎、彭鑫，共 4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十二、信息与智能科学学院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电气工程（080800，学术学位）：王若芬、刘俊勇、施延、舒子珊、贾璐宁、高杰、周婷，共 7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信息与通信工程（081000，学术学位）：祝凯鑫、陈奕璇、付金龙、周梦、汤银花、陈泽皓，共 6 人（本段内容在此处截断，后续名单未完整给出）。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十三、汇总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本段共涉及 12 个招生单位，拟录取 200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学位类型分为学术学位与专业学位；专项计划包括研究生支教团、退役大学生士兵计划。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本段未包含排名、评分方式及公示期信息。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本段为信息与智能科学学院推免名单，涉及多个专业及学位类型，名单按学院、专业代码、专业名称、学位类型、姓名依次列出。其中标注“研究生支教团”的为专项类别。具体明细如下：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080800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080800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周婷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080800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祝凯鑫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陈奕璇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付金龙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汤银花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陈泽皓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吴鸿森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杨宸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吴佳豪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徐宇乐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方纪森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刘婷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潘柳盈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陆肖潼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孟宪鹏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赵毅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邹佳金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李文媛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宋文琪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许莉敏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张志哲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杨伯玮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刘传晟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周泽淼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刘吉娜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闫靖雯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鲍亚霖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江程恺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刘帅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金子博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张任力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霍雅阁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研究生支教团 李善棋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陶慧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罗淑怡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李思颍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周昊宇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薛星炜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谭尧桓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郑毅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张志诚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李秀春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赵烁航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王昱祺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占昌明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王娅婷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龚书煜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周琪玮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刘新雨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夏国庆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胡佳宁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邹知涵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肖广金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张酥芬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张原铭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李帅宁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王信南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杨升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郑茜雅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马宇彤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研究生支教团 陈嘉莹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研究生支教团 孙欣语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徐嘉晨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虞川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朱昱昆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武文琪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张凯宁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周严俊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陈芳年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吴心童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李玲玲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王诗琦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伊耀阳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上官福诚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王杰宏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赖卓然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李欣颖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徐丽丽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金宇轩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陈建兴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丛梓璇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屠皓然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郑依娜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孙宁波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林心怡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罗荣俊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潘政源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通信工程（含宽带网络、移动通信等）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魏冰冰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通信工程（含宽带网络、移动通信等）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静晓轩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通信工程（含宽带网络、移动通信等）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姚林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尚永琪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司宇佳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赵梦瑶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王鹏越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兰孟洋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郑昱恒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陈梦萱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祝佳俊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吴正洋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孙晓冉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马唯婷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刘虹辰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李婷婷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李凯霖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张其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李天鹏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于成鲲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管天正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张浩然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姚伟韬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郭睿知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汪晓丹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王顺凯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张洁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本段名单共涉及信息与智能科学学院推免生 131 人，覆盖 080800 电气工程、081000 信息与通信工程、081100 控制科学与工程、081200 计算机科学与技术、083500 软件工程、085402 通信工程（含宽带网络、移动通信等）、085404 计算机技术、085405 软件工程、085406 控制工程、085410 人工智能、085801 电气工程等专业。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十、专业与人数明细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080800 电气工程（学术学位）：3 人，为高杰、周婷、祝凯鑫。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081000 信息与通信工程（学术学位）：11 人，为陈奕璇、付金龙、周梦、汤银花、陈泽皓、吴鸿森、杨宸、吴佳豪、徐宇乐、方纪森、刘婷。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081100 控制科学与工程（学术学位）：34 人，为潘柳盈、陆肖潼、孟宪鹏、赵毅、邹佳金、李文媛、宋文琪、许莉敏、张志哲、杨伯玮、刘传晟、周泽淼、王辉、刘吉娜、闫靖雯、鲍亚霖、江程恺、刘帅、金子博、张任力、霍雅阁、李善棋（研究生支教团）、陶慧、罗淑怡、李思颍、周昊宇、周沫、薛星炜、谭尧桓、郑毅、张志诚、李秀春、赵烁航、王昱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081200 计算机科学与技术（学术学位）：36 人，为占昌明、王娅婷、龚书煜、周琪玮、刘新雨、夏国庆、胡佳宁、邹知涵、肖广金、张酥芬、张原铭、李帅宁、王信南、王帆、杨升、郑茜雅、马宇彤、陈嘉莹（研究生支教团）、孙欣语（研究生支教团）、徐嘉晨、虞川、朱昱昆、武文琪、张凯宁、周严俊、陈芳年、吴心童、李玲玲、王诗琦、伊耀阳、上官福诚、王杰宏、赖卓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083500 软件工程（学术学位）：13 人，为李欣颖、高运、徐丽丽、金宇轩、陈建兴、丛梓璇、屠皓然、郑依娜、孙宁波、林心怡、罗荣俊、潘政源、薛锦。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085402 通信工程（含宽带网络、移动通信等）（专业学位）：3 人，为魏冰冰、静晓轩、姚林。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085404 计算机技术（专业学位）：12 人，为尚永琪、司宇佳、赵梦瑶、王鹏越、兰孟洋、袁梦、郑昱恒、陈梦萱、祝佳俊、吴正洋、孙晓冉、马唯婷。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085405 软件工程（专业学位）：1 人，为刘虹辰。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085406 控制工程（专业学位）：1 人，为李婷婷。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085410 人工智能（专业学位）：10 人，为李凯霖、张其、李天鹏、于成鲲、管天正、张浩然、徐喆、姚伟韬、郭睿知、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本段为推免拟录取名单节选，共涉及 9 人，均按“学院—专业代码—专业名称—学位类型—姓名”顺序排列，具体如下：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管天正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张浩然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姚伟韬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郭睿知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汪晓丹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王顺凯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张洁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十、专业与人数分布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085410 人工智能（专业学位）：6 人，分别为管天正、张浩然、徐喆、姚伟韬、郭睿知、汪晓丹。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085801 电气工程（专业学位）：2 人，分别为王顺凯、张洁。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本段内容未包含排名、评分方式及公示期信息。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本段内容未包含图片。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本段名单共涉及 9 人，均来自 023 信息与智能科学学院，录取类别均为专业学位，具体专业分布为：人工智能（085410）6 人，电气工程（085801）3 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管天正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张浩然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徐喆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姚伟韬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郭睿知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汪晓丹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王顺凯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张洁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（姓名缺失）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原文第 9 条记录中“电气工程”专业对应的姓名位置为空，未提供具体姓名。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原文未提供排名、评分方式及公示期信息。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本段名单共涉及 9 人，均来自 023 信息与智能科学学院，包含 085410 人工智能（专业学位）7 人、085801 电气工程（专业学位）2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十、专业与学院明细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085410 人工智能（专业学位），023 信息与智能科学学院，共 7 人：管天正、张浩然、徐喆、姚伟韬、郭睿知、汪晓丹。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085801 电气工程（专业学位），023 信息与智能科学学院，共 2 人：王顺凯、张洁。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五、名单表格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管天正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张浩然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徐喆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姚伟韬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郭睿知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汪晓丹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王顺凯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张洁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本段内容未提供排名或评分方式。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本段内容未提供公示期。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本段为推免拟录取名单节选，共涉及 9 人，均属 023 信息与智能科学学院，录取类别均为专业学位，具体如下：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管天正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张浩然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徐喆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姚伟韬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郭睿知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汪晓丹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王顺凯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张洁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（姓名缺失）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十、专业分布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085410 人工智能（专业学位）：6 人，分别为管天正、张浩然、徐喆、姚伟韬、郭睿知、汪晓丹。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085801 电气工程（专业学位）：3 人，分别为王顺凯、张洁，以及 1 名姓名缺失者。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原文未提供排名或评分方式、公示期等信息，本段亦未包含图片内容。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九、推免拟录取名单信息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专业代码：085410，专业名称：人工智能，学位类型：专业学位，所属学院代码：023，所属学院：信息与智能科学学院，拟录取学生：管天正、张浩然、徐喆、姚伟韬、郭睿知、汪晓丹，共6人。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专业代码：085801，专业名称：电气工程，学位类型：专业学位，所属学院代码：023，所属学院：信息与智能科学学院，拟录取学生：王顺凯、张洁，共2人。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管天正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张浩然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姚伟韬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郭睿知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汪晓丹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王顺凯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本段内容仅包含拟录取名单的专业、学位类型、姓名及学院信息，未包含排名或评分方式、公示期等数据。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名单合计8人，其中人工智能专业6人，电气工程专业2人。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本段名单共涉及 9 人，按专业代码、专业名称、学位类型、姓名、学院代码、学院名称依次列示如下：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管天正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张浩然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姚伟韬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郭睿知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汪晓丹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王顺凯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（姓名缺失）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十、专业与学院分布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085410 人工智能（专业学位）：6 人，均属 023 信息与智能科学学院。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085801 电气工程（专业学位）：3 人，均属 023 信息与智能科学学院。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本段未包含排名、评分方式及公示期信息。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085801 电气工程专业学位第 3 条记录姓名缺失，原文未提供。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本段为推免拟录取名单，共涉及 8 人，专业为人工智能（专业学位）与电气工程（专业学位），均归属 023 信息与智能科学学院。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管天正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张浩然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姚伟韬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郭睿知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汪晓丹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王顺凯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十、专业分布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人工智能（085410，专业学位）：6 人，分别为管天正、张浩然、徐喆、姚伟韬、郭睿知、汪晓丹。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电气工程（085801，专业学位）：2 人，分别为王顺凯、张洁。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本段内容未包含排名或评分方式、公示期等信息。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本段为推免拟录取名单节选，共涉及 9 人，均录取为专业学位，涉及 2 个专业：人工智能（085410）7 人、电气工程（085801）2 人；录取学院均为 023 信息与智能科学学院。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管天正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张浩然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姚伟韬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郭睿知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汪晓丹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王顺凯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原文未提供排名、评分方式及公示期信息。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原文中“085410 人工智能 专业学位”出现 6 次（对应管天正、张浩然、徐喆、姚伟韬、郭睿知、汪晓丹），另有 1 条“5410 人工智能 专业学位”记录，专业代码疑为 085410 的截断形式，未计入上表专业代码统计。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原文中“085801 电气工程 专业学位”出现 2 次（对应王顺凯、张洁）。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085410 人工智能（专业学位），023 信息与智能科学学院，共 6 人：管天正、张浩然、徐喆、姚伟韬、郭睿知、汪晓丹。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085801 电气工程（专业学位），023 信息与智能科学学院，共 2 人：王顺凯、张洁。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十、汇总表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人数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名单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管天正、张浩然、徐喆、姚伟韬、郭睿知、汪晓丹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王顺凯、张洁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本次名单合计 8 人，涉及 2 个专业：085410 人工智能 6 人、085801 电气工程 2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原文未提供排名或评分方式，亦未提供公示期信息。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九、推免拟录取名单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信息与智能科学学院（院系代码：023）拟录取名单如下：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管天正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张浩然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姚伟韬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郭睿知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汪晓丹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王顺凯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信息与智能科学学院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名单共涉及 8 人，其中人工智能专业（085410）6 人，电气工程专业（085801）2 人，学位类型均为专业学位。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原文未提供排名或评分方式、公示期信息。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