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信息管理学院关于2025届本科毕业生免试攻读研究生推荐资格（增补）公示的通告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因学校给信息管理学院增加一个推免指标（普通类），经学院推免工作小组审核，按照候补排序，拟由袁琴同学（学号：21302062，图书馆学专业）获得推荐资格，现予以公示。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2024年9月19日-9月25日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020-39333532（院系推免工作小组）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020-84115582（校纪委、监察专员办）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五、电子邮箱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jwim@mail.sysu.edu.cn（院系推免工作小组）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信息管理学院2025届本科毕业生免试攻读研究生学位拟推荐名单(1).pdf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邮件：imim@mail.sysu.edu.cn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