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经济学院2026届推荐免试攻读研究生排名及结果公示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一、公示依据与流程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发布日期（推定）：2022年9月7日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根据学校《关于做好2026年优秀应届本科毕业生免试攻读硕士学位研究生推荐工作的通知》和《西北政法大学经济学院推免生综合素质测评加分细则（试行）》要求。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经学生申请、学院推免生遴选工作小组审核，现将排名和评议结果予以公示。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二、拟推免名单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经济学专业：郭清扬、袁宇航、任梓嫚、梁叶榕、王可欣，共5人，评议结果为拟推免。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国际经济与贸易专业：郭宴、张怡欣、马晨豪，共3人，评议结果为拟推免。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金融学专业：王小丫、苏峙霖、孙嘉琪，共3人，评议结果为拟推免。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名单中另含袁熙睿（学号及专业信息未完整显示），评议结果待补充。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公示名单为学院初步评议结果，最终推免资格以学校审核为准。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如有异议，请及时联系经济学院推免生遴选工作小组（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