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动科动医学院接收推免生复试成绩公示（专硕）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动科动医学院接收推免生复试成绩公示（专硕），本次公示共涉及 9 人，拟录取专业（领域）均为兽医硕士，专业（领域）代码为 095200，复试成绩采用百分制，备注均为“拟录取”。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拟录取专业(领域)代码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拟录取专业（领域）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复试成绩（百分制）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刘怡婷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姬凡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肖紫月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曹马力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周天涛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唐子木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宋雪婷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本次公示名单共 9 人，均为兽医硕士专业拟录取，复试成绩区间为 86.96 至 91.96。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