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上海对外经贸大学2026年推免生拟录取名单公示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上海对外经贸大学2026年推免生拟录取名单公示。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公示名称：上海对外经贸大学2026年推免生拟录取名单公示。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公示内容：2026年推免生拟录取名单。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松江校区地址：上海市松江区文翔路1900号湖滨楼222室、224室。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古北校区地址：上海市长宁区古北路620号行政楼109、116室。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电子信箱：yjsy@suibe.edu.cn。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上海对外经贸大学。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上海市学生事务中心。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中国学位与研究生教育信息网。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上海对外经贸大学学（研）工部。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上海对外经贸大学就业中心。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