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第1 页共5 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气象海洋学院接收2027级地方院校推荐免试硕士研究生（含直博生、参军入伍生）复试名单。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本名单共列入复试考生150人，其中报考大气科学专业65人，报考海洋科学专业85人。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2101**********1028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5203**********8526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3605**********0434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英*淇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3713**********0323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6201**********196X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3717**********0011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3608**********4411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4301**********3262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4101**********0074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3623**********4613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4301**********001X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3715**********1511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4311**********0021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4302**********4046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3702**********0532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3624**********3421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1301**********3328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步*泽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1305**********1536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4116**********7364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明*琨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2114**********0024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4305**********0010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3203**********1634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4211**********037X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4290**********1625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1305**********662X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3707**********4086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5001**********8125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3308**********0043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6405**********0329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牟*语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5221**********1620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4304**********4262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4103**********7086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3201**********032X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戢*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3604**********1024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4210**********8813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4201**********5549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5109**********1347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霍*竹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2202**********3540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1504**********0349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1201**********0134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3212**********3949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4107**********9567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3207**********0023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6223**********3733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3203**********4625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3711**********8123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卫*伟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1411**********0174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3412**********1526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3715**********3019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5303**********0045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5329**********0921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5330**********4566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5329**********262X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3717**********1810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3716**********0022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3307**********2610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4209**********1510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3717**********7849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4406**********0011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3308**********591X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3709**********0361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6210**********2722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6104**********0020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3504**********0036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4210**********0013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3307**********4039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3308**********683X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辛*霖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3706**********292X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5224**********4884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3717**********9223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3709**********4022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3703**********0720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1306**********3424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4507**********3926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4310**********3321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6110**********5616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5138**********2546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3203**********6564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3717**********5729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翁*富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5110**********3196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5301**********0320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3708**********4529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3210**********1822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5116**********6298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3205**********0027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2201**********0020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4305**********8010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3717**********601X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3717**********1835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3610**********7813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毕*鑫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4211**********0012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1309**********6619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4101**********0130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3607**********0052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3707**********1412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4301**********1825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5325**********1743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3213**********1886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5227**********1266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4107**********0210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1407**********011X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4116**********0568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4109**********5825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3602**********2134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1301**********3642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5138**********5806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3703**********1830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1304**********0625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4209**********3416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3707**********4185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4503**********1016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4311**********0049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3702**********5357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2114**********0819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3708**********3325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1305**********0623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3209**********9020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3415**********4863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6528**********1123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请以上进入复试名单的同学，尽快加入复试QQ群：859627196。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入群申请需提交本人姓名和身份证号后6位。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