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通信工程学院关于推荐2026年优秀应届本科毕业生免试攻读研究生具体工作安排（二）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通信工程学院关于推荐2026年优秀应届本科毕业生免试攻读研究生具体工作安排（二）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本安排为通信工程学院关于推荐2026年优秀应届本科毕业生免试攻读研究生具体工作安排（二）。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相关文件为《通信工程学院关于推荐2026年优秀应届本科毕业生免试攻读研究生具体工作安排（二）.pdf》。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附件5：吉林大学2026年“国优计划”推荐免试硕士研究生推荐考核申请表.doc。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联系单位：吉林大学通信工程学院。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联系电话：0431-85152948。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地址：长春市南湖大路5372号。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邮编：130012。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