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标题】系统维护通知（原文无有效名单内容）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系统维护通知（原文无有效名单内容）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发布日期（推定）：2025年7月30日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一、通知性质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原文为系统维护提示页，不包含任何推免名单信息。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页面内容为“系统维护中”“404”“系统正在进行维护升级，暂时无法访问，请稍后再试”“感谢您的理解与支持”。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二、可提取信息情况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名单人数：原文无名单数据，无法统计。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涵盖专业/学院：原文无相关列表。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排名/评分方式：原文未提及。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公示期：原文未提及。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其他重要说明：原文为系统维护提示页，不包含任何推免名单信息。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三、时间节点与联系方式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发布日期：未提供。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报名时间、活动时间、接收条件、流程、材料清单、名额、联系方式：原文均未提及。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