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华中农业大学信息学院2025年推荐优秀应届本科毕业生免试攻读研究生遴选工作方案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教育部和《华中农业大学2025年推荐优秀应届本科毕业生免试攻读研究生推荐工作方案》等文件精神，为具体指导我院推荐优秀应届本科毕业生免试攻读研究生（以下简称“推免”）遴选工作，坚持公开公平公正、科学选拔、择优推荐的原则，制定本方案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一、工作机构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学院成立推免工作领导小组全面领导统筹“推免”工作，负责方案制定、政策解读、监督实施、申诉释疑等工作。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组长：郑学刚 张红雨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成员：沈婧芳 章 文 刘 进 马彬广 吴鹏飞 胡学海 沙 灜 李 治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秘书：宋志鑫 刘 凌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学院组建专家审核小组，负责对申请推免资格学生的科研创新成果、论文、竞赛获奖奖励及内容进行审核鉴定，成员应具有相关学科副教授及以上职称，一般不少于5人。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二、遴选办法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（一）遴选通道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学院坚持全面考察学生的政治素质、道德品质、心理素质、学习能力和科研潜质等，确保以德为先，科学遴选。“推免”指标按序次指标和参选指标两个通道进行遴选。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序次指标根据各专业应届毕业生人数比例（四舍五入取整）分配到各专业，由符合基本条件的学生申请。审评小组进行资格审核后，依据学业成绩排名从高到低依次遴选。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参选指标不分配到专业，由具备参选条件的学生申请。审评小组进行资格审核后，组织学生进行成果鉴定，根据得分标准（见附件）进行综合赋分，依据总成绩排名从高到低依次遴选。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前序学生放弃申请或被取消资格时，后序学生递补遴选。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（二）成绩算法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1.序次指标学业成绩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指标分配 专业名称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应届毕业生人数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序次指标数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参选指标 数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 （含工程硕博士指标 1名）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  <w:tc>
          <w:tcPr>
            <w:tcW w:type="dxa" w:w="2158"/>
          </w:tcPr>
          <w:p/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数据科学与大数据技术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158"/>
          </w:tcPr>
          <w:p/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158"/>
          </w:tcPr>
          <w:p/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2158"/>
          </w:tcPr>
          <w:p/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合 计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407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70</w:t>
            </w:r>
          </w:p>
        </w:tc>
        <w:tc>
          <w:tcPr>
            <w:tcW w:type="dxa" w:w="2158"/>
          </w:tcPr>
          <w:p/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合 计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407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