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资源环境学院2026年推荐优秀应届本科毕业生免试攻读研究生工作方案 西北农林科技大学资源环境学院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为确保学院2026年推荐优秀应届本科毕业生免试攻读研究生工作的顺利进行，保证任务的落实到位，特制订本方案。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组长：田霄鸿 贾汉忠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副组长：王铁成 焦硕 孔亮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成员：李志 任武刚 王朝辉 李荣华 张青峰 张建国 李平 杨岩荣 赵杰 赵倩茹 李刚 严小良 王昱泽 李玉平 任晓萍 朱陇强 吴泽明 王彩玲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（一）制度的制定与发布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9月10日前完成《资源环境学院关于2026年推荐优秀应届本科毕业生免试攻读研究生实施细则》（附件1）的制定和上传，并将学生需要提交的相关信息及时在学院网站发布。研究生办公室负责，学工办配合。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（二）名单公布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根据学校推免工作办法，按程序和标准确定符合基本遴选条件学生名单，于10日前公布。本科教学办负责，学工办配合。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双一流指标、普通指标、卓越农林人才计划、强基计划、奖励指标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11日，符合基本条件且持有导师推荐信的学生（特长生3封推荐信，其他专项1封推荐信）向学院提出申请，填写“2026年推免资格申请表（附件2）”、“2026年推免生拟推荐学生汇总表（附件3）”、推荐免试攻读研究生承诺书（报考资环学院的学生填写）（附件4）。此项工作由研究生培养办公室（305）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①拟申报卓越农林人才计划、强基计划、奖励指标的考生，务必先参加普通指标的遴选；②附件2中，部分位置已填写样表，需要签字的位置上，已标注找哪位老师办理，同学们在填写时，请删除红色字体；③附件3请在研究生培养办公室（305）电脑上直接填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特长生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9月11日前报名，12日完成推荐工作报教务处。此项工作由本科教学办公室（304）杨岩荣老师负责。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其他专项指标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按照学校相关单位要求执行。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（四）资格审核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时间：9月11日下午17:00前。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审核对象：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（1）双一流指标15人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（2）普通推荐指标26人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（3）卓越农林人才计划6人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（4）奖励指标4人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（5）强基计划17人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（6）特长生专项等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审核内容与负责人：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（1）思想政治品德考核、社会实践能力评定、学生参军入伍服兵役等，由学工办王昱泽、吴泽明（301室）审核评定。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（2）学业成绩、外语成绩、大学生科创项目，由本科教学办李玉平老师（304室）审核评定。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（3）发表学术论文、发明专利，由科研推广办赵杰老师（321室）审核评定。联系电话：87081591。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（4）学科竞赛获奖、到国际组织实习（或访学）等，由教学办杨岩荣老师（304室）审核评定。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（5）特长生的资格审核由学工办王昱泽、吴泽明（301室）负责。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请同学们务必于9月11日下午17:00前完成审核，以便老师按时汇总数据，确保推免工作的顺利进行。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各项得分的汇总工作，由王昱泽、吴泽明负责。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审核完后的报名表，及附件材料统一交研究生培养办公室保存，归档。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心理测试。对报名符合推免资格的学生进行心理测试，心理测试合格的学生方可进入综合考查环节。此项工作由任晓萍负责。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（四）双一流指标综合考查工作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9月12日上午完成，学科群负责，研究生培养办公室配合。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（五）普通指标综合考查工作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综合考查小组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综合考查由本科教学办公室负责协调各系进行。以系为单位，组成综合考查小组，成员不少于5人，负责综合考查通过资格审核的学生。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系主任负责本系学生综合考查的组织、协调和成绩评定工作。学生的通知由学工办负责。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时间和地点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9月12日下午前完成，系主任和本科教学办公室协商共同确定。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（双一流指标12日上午综合考查，普通指标的综合考查要安排在双一流综合考查之后）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包括专业基础和专业知识的掌握程度、外语能力、科研设想及学术潜质、思想政治表现等综合情况。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（六）其他专项的综合考察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专项名称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卓越农林人才计划、奖励计划、强基计划三个专项。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综合考查小组构成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综合考查由研究生办公室负责组织。综合考查小组，由相关系主任、导师代表、思政考核人员组成，成员不少于5人，负责综合考查通过资格审核的学生。学生的通知由学工办负责。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时间和地点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9月13日前完成，地点另行通知。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综合考查内容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包括专业基础和专业知识的掌握程度、外语能力、科研设想及学术潜质、思想政治表现等综合情况。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三、数据的汇总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将综合考核成绩进行汇总排序，对符合推免条件的学生在学院网站进行公示，上报研究生院。该项工作由研究生培养办公室负责。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四、监督管理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研究生招生、录取工作监督小组全面负责推荐过程中的监督工作，严格按照《资源环境学院研究生招生、录取监督管理暂行办法》对学生的资格审查、综合考查等全过程进行监督检查。该项工作由党务办负责。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报双一流推免的学生，未被录取的，在双一流推免名单公布后，可以申报普通推免指标，时间为9月12日下午12:00-13:00；9月12日下午普通推免结果出来后，未录取的同学可以申报卓越农林人才计划、奖励计划、强基计划。（注：①只需要重新提交“2026年推免资格申请表”（附件2）；②拔尖人才创新计划、卓越农林人才计划、奖励计划、强基计划4个专项每位导师只能招收1名学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政策性强、时间紧，请大家高度重视，做好推荐政策的宣传和解释，严格按照《资源环境学院关于2026年推荐优秀应届本科毕业生免试攻读研究生工作实施细则》和学校的相关制度，坚持标准，择优选拔，确保公开、公正、公平，杜绝徇私舞弊等不正之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在推免过程中弄虚作假，有论文（文章）抄袭、虚报获奖或科研成果等学术不端行为的学生，一经查实，即取消推免生资格，并按有关规定严肃处理。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学工办电话：87080057 王老师 吴老师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投诉电话：87080065 李老师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资源环境学院2026年推荐优秀应届本科毕业生实施细则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2026年推免资格申请表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资源环境学院2026年具有推免生资格学生名单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推荐免试攻读研究生承诺书（报考资环学院的学生填写）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西北农林科技大学特长生免试攻读研究生推荐办法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推荐免试攻读研究生复议申请表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2026年“双一流”学科群招生指标分配清单汇总表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附件3-资源环境学院2026年具有推免生资格学生名单.xlsx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附件1 - 资源环境学院2026年推荐优秀应届本科毕业生免试攻读研究生实施细则.docx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附件2 - 2026年推免资格申请表.docx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附件4.推荐免试攻读研究生承诺书（报考资源环境学院的学生填写）.doc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附件5.西北农林科技大学学术特长生免试攻读研究生推荐办法.pdf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附件6- 推荐免试攻读研究生复议申请表.xlsx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附件7：2026年“双一流”学科群招生指标分配清单汇总表（资源环境学院）.xlsx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