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农学院关于2026年接收优秀应届本科毕业生免试攻读研究生工作的通知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农学院关于2026年接收优秀应届本科毕业生免试攻读研究生工作的通知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一、通知背景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本通知由西北农林科技大学农学院发布，面向2026年接收优秀应届本科毕业生免试攻读研究生（推免生）工作。通知发布日期为2025年9月18日。本通知同时涵盖预推免与正式推免流程。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二、相关附件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附件1：农学院关于2026年接收优秀应届本科毕业生免试攻读研究生实施细则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附件2：2026接收推免生思想政治考核表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附件3：诚信协议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地址：中国 杨凌 邰城路3号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邮编：712100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综合办公室电话：029-87082845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主管领导：韩新辉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网管员：王磊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微信平台："后稷有人"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