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环境研究院2024年全国优秀大学生暑期夏令营公告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环境研究院2024年全国优秀大学生暑期夏令营公告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发布日期（推定）：2026年6月12日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一、活动时间和内容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活动时间暂定七月初，具体时间将在QQ群中通知。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活动形式为线上线下相结合，内容包括开营仪式、研究院介绍、师生互动交流以及校园和实验室云参观等。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活动涵盖研究院招生所有专业及方向，包括大气环境化学、环境理论化学、环境生态学、环境遥感、生态环境大数据等。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二、申请条件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面向全国各高等院校相关专业的2021级本科生（2025年7月毕业），学习成绩优异，预计能获得2025年推荐免试研究生资格。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专业要求：环境科学、环境工程、化学、生物学、生态学、大气科学、地学、遥感、大数据等相关专业；其他专业申请者需具备一定相关学科背景和培养潜力。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品德良好，遵纪守法，诚实守信，学风端正，未受过任何处分。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通过国家英语四级水平考试（426分以上），或具有相应水平的IELTS、TOEFL、GRE成绩。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5. 学术研究兴趣浓厚，有较强的创新意识和创新能力。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三、申请材料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在山东大学研究生综合服务平台报名，网址：https://sduyjs.sdu.edu.cn/yjszs/plugins/zs/zsxsd/tmfwksd#/summerCamp，需上传加盖学校教务部门公章的前五学期成绩单扫描件。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在报名系统中提交以下电子版材料：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（1）申请表1份（附件1）；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（2）个人陈述1份；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（3）截至当前本科阶段成绩单（由教务部门盖章）；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（4）截至当前学习成绩排名证明（由教务部门签章，可直接在申请表中体现）；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（5）外语水平证明材料；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（6）其他证明材料：代表性学术论文、出版物或原创性工作成果复印件（双面复印）、本科阶段重要获奖证书复印件等；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（7）本人身份证和学生证复印件。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报名截止日期为6月24日，此次报名不需要寄送纸质材料。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四、材料审核及夏令营资格审定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研究院将根据申请材料确定参营名单。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入选营员须在名单公布之日起2日内确认是否参加，逾期未确认视为放弃资格。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五、其他注意事项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申请人应保证申报信息真实有效，如有弄虚作假，研究院将取消申请人由此获得的利益，并保留追究权利。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夏令营为非盈利性学术交流活动，不收取任何费用，研究院不承担参加者活动期间产生的法律和经济责任。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在营期间，参加者应自觉遵守举办单位各项规定，遵从工作人员统一安排，不得从事与夏令营无关的活动。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六、咨询方式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联系人：杨老师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电话：0532-58631970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邮箱：yangz@sdu.edu.cn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学院网站：https://www.hj.sdu.edu.cn/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5. 地址：山东省青岛市即墨区滨海路72号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6. 报名后请以“姓名+本科学校”身份加入暑期夏令营QQ群：743093362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