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杭州师范大学推荐优秀应届本科毕业生</w:t>
      </w:r>
    </w:p>
    <w:p>
      <w:pPr>
        <w:spacing w:before="160" w:after="80" w:lineRule="auto" w:line="360"/>
        <w:jc w:val="left"/>
      </w:pPr>
      <w:r>
        <w:rPr>
          <w:rFonts w:ascii="Times New Roman" w:hAnsi="Times New Roman" w:eastAsia="宋体"/>
          <w:b/>
          <w:sz w:val="28"/>
        </w:rPr>
        <w:t>一、文件基本信息</w:t>
      </w:r>
    </w:p>
    <w:p>
      <w:pPr>
        <w:spacing w:after="80" w:lineRule="auto" w:line="360"/>
        <w:ind w:firstLine="482"/>
        <w:jc w:val="both"/>
      </w:pPr>
      <w:r>
        <w:rPr>
          <w:rFonts w:ascii="Times New Roman" w:hAnsi="Times New Roman" w:eastAsia="宋体"/>
          <w:b w:val="0"/>
          <w:sz w:val="24"/>
        </w:rPr>
        <w:t>发布日期（推定）：2025年9月1日</w:t>
      </w:r>
    </w:p>
    <w:p>
      <w:pPr>
        <w:spacing w:after="80" w:lineRule="auto" w:line="360"/>
        <w:ind w:firstLine="482"/>
        <w:jc w:val="both"/>
      </w:pPr>
      <w:r>
        <w:rPr>
          <w:rFonts w:ascii="Times New Roman" w:hAnsi="Times New Roman" w:eastAsia="宋体"/>
          <w:b w:val="0"/>
          <w:sz w:val="24"/>
        </w:rPr>
        <w:t>文件名称：杭州师范大学推荐优秀应届本科毕业生免试攻读研究生诚信承诺书。</w:t>
      </w:r>
    </w:p>
    <w:p>
      <w:pPr>
        <w:spacing w:after="80" w:lineRule="auto" w:line="360"/>
        <w:ind w:firstLine="482"/>
        <w:jc w:val="both"/>
      </w:pPr>
      <w:r>
        <w:rPr>
          <w:rFonts w:ascii="Times New Roman" w:hAnsi="Times New Roman" w:eastAsia="宋体"/>
          <w:b w:val="0"/>
          <w:sz w:val="24"/>
        </w:rPr>
        <w:t>适用对象：杭州师范大学应届本科毕业生。</w:t>
      </w:r>
    </w:p>
    <w:p>
      <w:pPr>
        <w:spacing w:before="160" w:after="80" w:lineRule="auto" w:line="360"/>
        <w:jc w:val="left"/>
      </w:pPr>
      <w:r>
        <w:rPr>
          <w:rFonts w:ascii="Times New Roman" w:hAnsi="Times New Roman" w:eastAsia="宋体"/>
          <w:b/>
          <w:sz w:val="28"/>
        </w:rPr>
        <w:t>二、承诺书正文</w:t>
      </w:r>
    </w:p>
    <w:p>
      <w:pPr>
        <w:spacing w:after="80" w:lineRule="auto" w:line="360"/>
        <w:ind w:firstLine="482"/>
        <w:jc w:val="both"/>
      </w:pPr>
      <w:r>
        <w:rPr>
          <w:rFonts w:ascii="Times New Roman" w:hAnsi="Times New Roman" w:eastAsia="宋体"/>
          <w:b w:val="0"/>
          <w:sz w:val="24"/>
        </w:rPr>
        <w:t>本人为__________________学院学生，学号________________，现申请________年免试攻读硕士学位研究生，本人阅读并理解《杭州师范大学关于推荐优秀应届本科毕业生免试攻读研究生工作实施办法》（杭师大学〔2022〕36号）中的有关规定，并承诺如下：</w:t>
      </w:r>
    </w:p>
    <w:p>
      <w:pPr>
        <w:spacing w:after="80" w:lineRule="auto" w:line="360"/>
        <w:ind w:firstLine="482"/>
        <w:jc w:val="both"/>
      </w:pPr>
      <w:r>
        <w:rPr>
          <w:rFonts w:ascii="Times New Roman" w:hAnsi="Times New Roman" w:eastAsia="宋体"/>
          <w:b w:val="0"/>
          <w:sz w:val="24"/>
        </w:rPr>
        <w:t>1. 本人提出申请并填写的《杭州师范大学推荐优秀应届本科毕业生免试攻读研究生申请表》中的所有信息以及提供的材料真实、准确。如有虚假信息和作伪行为，承担由此带来一切后果；</w:t>
      </w:r>
    </w:p>
    <w:p>
      <w:pPr>
        <w:spacing w:after="80" w:lineRule="auto" w:line="360"/>
        <w:ind w:firstLine="482"/>
        <w:jc w:val="both"/>
      </w:pPr>
      <w:r>
        <w:rPr>
          <w:rFonts w:ascii="Times New Roman" w:hAnsi="Times New Roman" w:eastAsia="宋体"/>
          <w:b w:val="0"/>
          <w:sz w:val="24"/>
        </w:rPr>
        <w:t>2. 本人在学院获得推免名额，且在学院推免名单公示期结束后，将按照相关要求在研招网推免系统中填报接收高校，并在拟录取后准时入学，攻读硕士研究生。如擅自放弃，作为不诚信记录记入个人档案。</w:t>
      </w:r>
    </w:p>
    <w:p>
      <w:pPr>
        <w:spacing w:before="160" w:after="80" w:lineRule="auto" w:line="360"/>
        <w:jc w:val="left"/>
      </w:pPr>
      <w:r>
        <w:rPr>
          <w:rFonts w:ascii="Times New Roman" w:hAnsi="Times New Roman" w:eastAsia="宋体"/>
          <w:b/>
          <w:sz w:val="28"/>
        </w:rPr>
        <w:t>三、签署信息</w:t>
      </w:r>
    </w:p>
    <w:p>
      <w:pPr>
        <w:spacing w:after="80" w:lineRule="auto" w:line="360"/>
        <w:ind w:firstLine="482"/>
        <w:jc w:val="both"/>
      </w:pPr>
      <w:r>
        <w:rPr>
          <w:rFonts w:ascii="Times New Roman" w:hAnsi="Times New Roman" w:eastAsia="宋体"/>
          <w:b w:val="0"/>
          <w:sz w:val="24"/>
        </w:rPr>
        <w:t>承诺人（签名）：________________</w:t>
      </w:r>
    </w:p>
    <w:p>
      <w:pPr>
        <w:spacing w:after="80" w:lineRule="auto" w:line="360"/>
        <w:ind w:firstLine="482"/>
        <w:jc w:val="both"/>
      </w:pPr>
      <w:r>
        <w:rPr>
          <w:rFonts w:ascii="Times New Roman" w:hAnsi="Times New Roman" w:eastAsia="宋体"/>
          <w:b w:val="0"/>
          <w:sz w:val="24"/>
        </w:rPr>
        <w:t>年    月    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