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四川大学化学学院关于举办2026年优秀大学生暑期夏令营的通知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大学化学学院将于2026年7月1日至3日举办“化学学院2026年优秀大学生暑期夏令营”。夏令营期间将进行学院宣传及学科介绍、专家讲坛、营员与导师交流、参观实验室等活动。现面向全国高校招收营员100名，相关安排及注意事项公告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全国各高校化学学科的三年级本科生（2027届毕业生）；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本科期间品学兼优，无违纪记录；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对从事化学学科的学术研究具有浓厚兴趣，具有一定创新能力和潜能。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申请表（报名成功后由系统自动生成，下载后经所在单位推荐盖章后再上传至系统）；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本科成绩单和专业排名证明（各1份，需加盖所在学校教务处公章）；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相关获奖证书复印件、学术成果复印件等；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硕士研究生期间研究计划书。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报名方法：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登录四川大学研究生招生信息网夏令营网报平台（https://yz.scu.edu.cn/xly）进行报名，并将申请表、本科成绩单、专业排名证明、相关获奖证书复印件、学术成果复印件、硕士研究生期间研究计划书等材料按次序扫描汇总成一个PDF文件，以附件形式上传至网报平台。（使用报名系统用户名密码，再进去修改报名信息就可以提交包含申请表的附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自即日起开始报名，截止日期2026年6月21日。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录取结果：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最终录取名单请于6月23日左右自行登录四川大学研究生招生信息网夏令营网报平台（https://yz.scu.edu.cn/xly）查询，届时未接到录取通知的同学皆为未入选者，不再另行通知。如果录取，请及时在系统中确认是否同意参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申请者应保证所提交的所有材料的真实性、有效性、完整性，若在任何阶段发现申请材料不真实、不准确，或有弄虚作假、违纪作弊等行为的，即取消申请人一切资格，一切后果自负；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营员报到时需携带身份证、学生证；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营员报名请考虑好自己的时间安排，被录取后无特殊情况不得随意放弃；如遇不可抗拒因素不能参加，请第一时间与我院沟通；一旦报到，无特殊情况须全程参加夏令营。在营期间，营员必须遵守四川大学的相关规定，且做好自身的安全防护工作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营员前来参加夏令营活动，需告知所在学校和父母，在征得同意后注意出行安全。对因违反四川大学相关规定和营员手册等规章制度导致的安全事故，由本人承担所有责任；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在营期间进行的一切相关活动，禁止录音录像；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暑期夏令营期间由我院安排免费食宿，一卡通不得自行充值或转交他人使用，离营前必须交回我院。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四川大学化学学院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2026年6月16日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