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东北农业大学2026年推荐优秀应届本科毕业生免试攻读研究生学生名单公示-东北农业大学研究生院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2026年推荐优秀应届本科毕业生免试攻读研究生工作的相关要求，结合我校实际情况，经学生个人申请、推荐部门选拔、成绩公示、学校审核等环节，现拟确定以下850名同学获得我校2026年优秀应届本科毕业生免试攻读研究生资格。现将名单公示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对上述850名拟确定推荐资格人选如有疑问，可在公示期内反映。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公示期自公告发布起7日。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反映情况和问题必须实事求是，应签署或告知真实姓名、工作单位和联系方式。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如所反映问题经调查情况属实，报学校推免工作领导小组审核后将取消被举报人推免资格。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对线索不清的匿名信和匿名电话不予受理。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二、受理方式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受理单位：东北农业大学纪委、东北农业大学研究生院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受理电话：0451-55191008；0451-55190398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东北农业大学研究生院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