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[通知6]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一、接收专业及人数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发布日期（推定）：2025年9月19日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2026年接收推免生专业及人数详见《重庆师范大学2026年招收优秀应届本科毕业生免试攻读硕士学位研究生专业目录》。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二、申请条件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中华人民共和国公民。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拥护中国共产党的领导，品德良好，遵纪守法。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在校期间学习成绩优秀，专业成绩和综合成绩均名列本专业前茅；学术研究兴趣浓厚，有较好的专业素养，有较强的创新意识和创新能力。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诚实守信，学风端正，在校期间无任何考试作弊和剽窃他人学术成果记录，在本科学习期间未受过任何处罚或处分。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具有推荐免试授权高校的应届本科毕业生，且获得所在学校的推荐免试资格，在“推免系统”备案并审核通过。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身体健康状况符合国家和我校的体检要求。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三、申请及接收程序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填报志愿：推免生于规定时间（2025年9月18日开始注册，9月22日开始报名）登录“全国推荐免试攻读研究生（免初试、转段）信息公开暨管理服务系统”（网址：https://yz.chsi.com.cn/tm，以下简称“推免系统”）注册、填报个人材料和填报志愿。学校通过“推免系统”向符合条件的推免生发送复试通知，推免生须在24小时内确认接受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资格审核：确认参加复试的推免生，在复试前须向学院提交以下材料（寄送学院教科办）：本人有效期内的学生证、身份证原件及复印件；历年在校学习成绩单原件（须加盖推荐院校教务处公章）；大学英语四、六级考试成绩单或其他证明外语水平的考试成绩单复印件；其他有关材料（如获奖证书、学术论文、出版物或原创性工作成果等）原件及复印件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和拟录取：复试内容包括英语水平、专业素养、综合素质三个方面，复试成绩满分100分，其中英语水平满分20分，专业素养满分40分，综合素质满分40分。依据复试总成绩，按招生专业择优确定拟录取名单。有以下任一情形者不予拟录取：英语水平成绩低于12分（不含12分）；专业素养成绩低于24分（不含24分）；综合素质成绩低于24分（不含24分）；不符合规定报考条件，考试违纪舞弊、替考及思想品德考核不合格。学校通过“推免系统”向拟录取考生发送待录取通知，考生须在24小时内确认是否接受。拟录取推免生名单在重庆师范大学研究生院网站进行公示，公示期不少于7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说明：推荐工作时间进度以“推免系统”公布为准，请考生关注相关通知及要求。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四、复试具体安排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复试方式：线上复试。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复试时间：2025年9月22日至10月20日，根据报考情况，进行多轮复试，详见复试通知。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复试内容：英语水平（考查英语听力和口头表达能力）；专业素养（大学阶段学习情况及成绩，对本学科理论知识和应用技能掌握程度，利用所学理论发现、分析和解决问题的能力，对本学科发展动态的了解及在本专业领域发展的潜力，创新精神和创新能力）；综合素质（思想政治素质和道德品质，本学科以外的学习、科研、社会实践或实际工作表现，事业心、责任感、纪律性、协作性和心理健康情况，人文素养、举止、表达和礼仪等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五、学院联系方式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联系人：文老师，联系电话：023-65910302。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材料寄送地址：重庆师范大学大学城校区求是楼303室。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六、说明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本细则的解释权归重庆师范大学化学学院所有，未尽之处或与学校、上级部门新下达的规定不一致的，以学校、上级部门的要求为准。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