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华中师范大学体育学院2025年优秀大学生夏令营入围名单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华中师范大学体育学院2025年优秀大学生夏令营入围名单已发布，名单以附件形式提供，附件名称为“华中师范大学体育学院2025年优秀大学生夏令营入围名单.xlsx”。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名单名称：华中师范大学体育学院2025年优秀大学生夏令营入围名单。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名单形式：xlsx 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正文未列出具体入围人数、专业/学院明细、排名或评分方式、公示期等具体信息。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二、相关链接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中华人民共和国教育部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学信网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国家体育总局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华中师范大学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学校一站式信息门户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党委学生工作部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校团委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本科生院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就业工作处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地址：中国湖北省武汉市洪山区珞喻路152号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邮编：430079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