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外国语学院2026年推荐免试攻读硕士学位研究生申请人答辩名单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名单人数：总计9人，分专业明细：翻译专业6人、英语专业3人。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涵盖专业：翻译、英语，共2个专业。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排名/评分方式：经学生个人申请，学院推免生遴选与审核鉴定工作小组及教务办、学工办审核，学院推免生推荐工作小组复核后确定答辩名单；原文未公示评分细则及排名依据。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公示期：原文未明确公示周期，答辩时间为2025年9月9日下午14:30，地点为3-214。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其他重要说明：名单所列学生需参加公开答辩，答辩结果未在原文中公布。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