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艺术设计学院学院2026届推荐免试攻读硕士学位研究生遴选名单（普通类型）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艺术设计学院2026届推荐免试攻读硕士学位研究生遴选名单（普通类型），共16人，均为普通类型。具体名单如下：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2208160123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2208160126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谭玉航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2208160121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谢涵琪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2208160225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叶怩锞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2208190117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许文睿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2208170125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2208170127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傅碧余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陈瑜佳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2208240217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谢沛含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2208240223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钱荟汝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陈禹羽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2208190126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章茹静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2208190114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王可欣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2208240214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叶松南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凌西雅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2208240226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樊子樾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