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山东科技大学2026年推免生思想政治素质与品德考核表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发布日期（推定）：2025年8月18日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本文件为山东科技大学2026年推免生思想政治素质与品德考核表，发布日期未标注。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二、名单与专业信息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名单人数：原文未标注具体人数。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涵盖专业：原文未标注具体专业。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原文未标注具体排名或评分方式。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原文未标注公示期。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原文为思想政治素质与品德考核表，未提供具体名单内容。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