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水利学院推免名单，共79人，涉及农业水利工程、港口航道与海岸工程、工程管理、工程造价、水利水电工程5个专业。名单按序号排列，备注栏标注“候补”者为候补人员，其余为拟推荐人员。学号与姓名部分字符以“*”隐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一、农业水利工程专业（12人）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拟推荐10人：徐*泰（男）、王*（女）、周*薇（女）、李*杨（男）、李*阳（男）、李*昊（男）、汪*（女）、尤*晨（男）、李*（女）、谢*璇（女）。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候补2人：张*（男）、刘*干（男）。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二、港口航道与海岸工程专业（7人）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拟推荐6人：葛*平（女）、冯*林（男）、刘*铭（男）、胡*清（女）、常*文（女）、侯*兴（男）。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候补1人：吴*杰（男）。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三、工程管理专业（7人）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拟推荐6人：李*灏（男）、张*（女）、郑*冰（女）、许*（女）、张*（女）、王*涵（女）。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候补1人：郭*怡（女）。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四、工程造价专业（9人）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拟推荐8人：刘*敏（女）、向*（女）、魏*繁（男）、兰*慧（女）、李*（女）、时*（女）、路*晨（女）、王*茹（女）。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候补1人：徐*含（女）。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五、水利水电工程专业（44人）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35人：黄*钰（女）、王*祥（男）、刘*琳（女）、史*航（男）、赵*吉（男）、丁*伦（女）、耿*悦（女）、刘*（男）、包*琳（女）、苏*（女）、薛*溪（男）、贺*笑（女）、王*佳（男）、陈*然（男）、刘*瑜（男）、刘*曼（女）、王*海（男）、孙*鑫（男）、裴*思（女）、朱*欣（女）、袁*勇（男）、郭*怡（女）、郭*飞（男）、李*琦（女）、杨*亚（男）、程*阳（男）、李*福（男）、陈*宇（女）、吴*诚（男）、魏*雨（女）、袁*乐（男）、柯*强（男）、李*萍（男）、刘*婷（女）、姚*冉（女）、屈*（男）、甄*杭（男）、邹*涛（男）、杨*德（男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候补5人：刘*婷（女）、孙*岐（男）、宋*航（男）、黄*然（女）、文*（女）。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备注（候补人员注明“候补”）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尤*晨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农业水利工程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港口航道与海岸工程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葛*平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港口航道与海岸工程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港口航道与海岸工程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港口航道与海岸工程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港口航道与海岸工程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常*文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港口航道与海岸工程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侯*兴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港口航道与海岸工程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工程造价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工程造价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工程造价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工程造价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兰*慧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工程造价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工程造价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工程造价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路*晨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工程造价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工程造价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耿*悦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包*琳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2020***18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裴*思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2019***22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柯*强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甄*杭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