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河北科技大学经济管理学院推荐优秀应届本科毕业生免试攻读研究生实施细则</w:t>
      </w:r>
    </w:p>
    <w:p>
      <w:pPr>
        <w:spacing w:after="80" w:lineRule="auto" w:line="360"/>
        <w:ind w:firstLine="482"/>
        <w:jc w:val="both"/>
      </w:pPr>
      <w:r>
        <w:rPr>
          <w:rFonts w:ascii="Times New Roman" w:hAnsi="Times New Roman" w:eastAsia="宋体"/>
          <w:b w:val="0"/>
          <w:sz w:val="24"/>
        </w:rPr>
        <w:t>河北科技大学经济管理学院推荐优秀应届本科毕业生免试攻读研究生实施细则</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1. 推免工作坚持程序公开、机会公平、多维考察、能力导向、择优遴选、保证质量的原则，择优选拔具有扎实专业基础和突出创新潜质的人才。</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学院成立推免工作小组，下设专家评审小组和综合评定小组。专家评审小组成员不少于5人，成员应具有相关学科副高级及以上职称。</w:t>
      </w:r>
    </w:p>
    <w:p>
      <w:pPr>
        <w:spacing w:after="80" w:lineRule="auto" w:line="360"/>
        <w:ind w:firstLine="482"/>
        <w:jc w:val="both"/>
      </w:pPr>
      <w:r>
        <w:rPr>
          <w:rFonts w:ascii="Times New Roman" w:hAnsi="Times New Roman" w:eastAsia="宋体"/>
          <w:b w:val="0"/>
          <w:sz w:val="24"/>
        </w:rPr>
        <w:t>2. 推免工作小组由学院党组织书记、院长任组长，分管本科教学、研究生教育、科研管理工作的副院长和分管学生工作的副书记任副组长，成员由教师代表、辅导员、学生代表等组成。</w:t>
      </w:r>
    </w:p>
    <w:p>
      <w:pPr>
        <w:spacing w:after="80" w:lineRule="auto" w:line="360"/>
        <w:ind w:firstLine="482"/>
        <w:jc w:val="both"/>
      </w:pPr>
      <w:r>
        <w:rPr>
          <w:rFonts w:ascii="Times New Roman" w:hAnsi="Times New Roman" w:eastAsia="宋体"/>
          <w:b w:val="0"/>
          <w:sz w:val="24"/>
        </w:rPr>
        <w:t>3. 综合评定小组负责推免工作的具体组织、协调、执行及复议等事务；专家评审小组负责学科竞赛获奖、科研创新成果等学术成果的认定。</w:t>
      </w:r>
    </w:p>
    <w:p>
      <w:pPr>
        <w:spacing w:before="160" w:after="80" w:lineRule="auto" w:line="360"/>
        <w:jc w:val="left"/>
      </w:pPr>
      <w:r>
        <w:rPr>
          <w:rFonts w:ascii="Times New Roman" w:hAnsi="Times New Roman" w:eastAsia="宋体"/>
          <w:b/>
          <w:sz w:val="28"/>
        </w:rPr>
        <w:t>三、推免条件</w:t>
      </w:r>
    </w:p>
    <w:p>
      <w:pPr>
        <w:spacing w:after="80" w:lineRule="auto" w:line="360"/>
        <w:ind w:firstLine="482"/>
        <w:jc w:val="both"/>
      </w:pPr>
      <w:r>
        <w:rPr>
          <w:rFonts w:ascii="Times New Roman" w:hAnsi="Times New Roman" w:eastAsia="宋体"/>
          <w:b w:val="0"/>
          <w:sz w:val="24"/>
        </w:rPr>
        <w:t>1. 适用对象为我院纳入国家普通本科招生计划录取的应届毕业生（不含专升本、双学位、第二学士学位、对口招生等，以及依据国家政策不予推免的学生）。</w:t>
      </w:r>
    </w:p>
    <w:p>
      <w:pPr>
        <w:spacing w:after="80" w:lineRule="auto" w:line="360"/>
        <w:ind w:firstLine="482"/>
        <w:jc w:val="both"/>
      </w:pPr>
      <w:r>
        <w:rPr>
          <w:rFonts w:ascii="Times New Roman" w:hAnsi="Times New Roman" w:eastAsia="宋体"/>
          <w:b w:val="0"/>
          <w:sz w:val="24"/>
        </w:rPr>
        <w:t>2. 具有高尚的爱国主义情操和集体主义精神，拥护中国共产党的领导，社会主义信念坚定，社会责任感强，思想积极向上，身心健康。</w:t>
      </w:r>
    </w:p>
    <w:p>
      <w:pPr>
        <w:spacing w:after="80" w:lineRule="auto" w:line="360"/>
        <w:ind w:firstLine="482"/>
        <w:jc w:val="both"/>
      </w:pPr>
      <w:r>
        <w:rPr>
          <w:rFonts w:ascii="Times New Roman" w:hAnsi="Times New Roman" w:eastAsia="宋体"/>
          <w:b w:val="0"/>
          <w:sz w:val="24"/>
        </w:rPr>
        <w:t>3. 遵守国家法律法规及学校规章制度，诚实守信，品行优良，无任何考试违纪、作弊行为和学术诚信问题，无任何违法违纪受处分记录。</w:t>
      </w:r>
    </w:p>
    <w:p>
      <w:pPr>
        <w:spacing w:after="80" w:lineRule="auto" w:line="360"/>
        <w:ind w:firstLine="482"/>
        <w:jc w:val="both"/>
      </w:pPr>
      <w:r>
        <w:rPr>
          <w:rFonts w:ascii="Times New Roman" w:hAnsi="Times New Roman" w:eastAsia="宋体"/>
          <w:b w:val="0"/>
          <w:sz w:val="24"/>
        </w:rPr>
        <w:t>4. 热爱所学专业，学风端正，成绩优秀，学术研究兴趣浓厚，有较强的创新意识和创新能力，有志于在国内继续深造。</w:t>
      </w:r>
    </w:p>
    <w:p>
      <w:pPr>
        <w:spacing w:after="80" w:lineRule="auto" w:line="360"/>
        <w:ind w:firstLine="482"/>
        <w:jc w:val="both"/>
      </w:pPr>
      <w:r>
        <w:rPr>
          <w:rFonts w:ascii="Times New Roman" w:hAnsi="Times New Roman" w:eastAsia="宋体"/>
          <w:b w:val="0"/>
          <w:sz w:val="24"/>
        </w:rPr>
        <w:t>5. 推免资格认定前修完前六学期培养方案规定的必修课、学位课各门课程，获得全部学分，未出现过不及格课程，或仅出现过一门不及格课程且一次性通过补考或重修；转专业学生按转入后的专业培养方案核算。</w:t>
      </w:r>
    </w:p>
    <w:p>
      <w:pPr>
        <w:spacing w:after="80" w:lineRule="auto" w:line="360"/>
        <w:ind w:firstLine="482"/>
        <w:jc w:val="both"/>
      </w:pPr>
      <w:r>
        <w:rPr>
          <w:rFonts w:ascii="Times New Roman" w:hAnsi="Times New Roman" w:eastAsia="宋体"/>
          <w:b w:val="0"/>
          <w:sz w:val="24"/>
        </w:rPr>
        <w:t>6. 学业成绩位列本专业前20%（含）。学业成绩指前三学年全部必修课和学位课（不含军事理论、军事训练及体育成绩）的正考加权平均成绩。</w:t>
      </w:r>
    </w:p>
    <w:p>
      <w:pPr>
        <w:spacing w:after="80" w:lineRule="auto" w:line="360"/>
        <w:ind w:firstLine="482"/>
        <w:jc w:val="both"/>
      </w:pPr>
      <w:r>
        <w:rPr>
          <w:rFonts w:ascii="Times New Roman" w:hAnsi="Times New Roman" w:eastAsia="宋体"/>
          <w:b w:val="0"/>
          <w:sz w:val="24"/>
        </w:rPr>
        <w:t>7. 参加过往届推免生遴选的，或有过留级或降级异动的学生不得推免研究生。</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1. 学院推免工作小组根据学校下达的当年推免生名额，统筹考虑国家战略和区域经济社会发展需求、学科专业建设、各专业应届本科毕业生人数、上学年推免工作等因素，进行专业推免名额分配。</w:t>
      </w:r>
    </w:p>
    <w:p>
      <w:pPr>
        <w:spacing w:before="160" w:after="80" w:lineRule="auto" w:line="360"/>
        <w:jc w:val="left"/>
      </w:pPr>
      <w:r>
        <w:rPr>
          <w:rFonts w:ascii="Times New Roman" w:hAnsi="Times New Roman" w:eastAsia="宋体"/>
          <w:b/>
          <w:sz w:val="28"/>
        </w:rPr>
        <w:t>五、成绩计算方法</w:t>
      </w:r>
    </w:p>
    <w:p>
      <w:pPr>
        <w:spacing w:after="80" w:lineRule="auto" w:line="360"/>
        <w:ind w:firstLine="482"/>
        <w:jc w:val="both"/>
      </w:pPr>
      <w:r>
        <w:rPr>
          <w:rFonts w:ascii="Times New Roman" w:hAnsi="Times New Roman" w:eastAsia="宋体"/>
          <w:b w:val="0"/>
          <w:sz w:val="24"/>
        </w:rPr>
        <w:t>1. 推免成绩由学业成绩和附加成绩两部分组成，计算公式：推免成绩=学业成绩+附加成绩（均精确到小数点后第2位，第3位小数四舍五入）。</w:t>
      </w:r>
    </w:p>
    <w:p>
      <w:pPr>
        <w:spacing w:after="80" w:lineRule="auto" w:line="360"/>
        <w:ind w:firstLine="482"/>
        <w:jc w:val="both"/>
      </w:pPr>
      <w:r>
        <w:rPr>
          <w:rFonts w:ascii="Times New Roman" w:hAnsi="Times New Roman" w:eastAsia="宋体"/>
          <w:b w:val="0"/>
          <w:sz w:val="24"/>
        </w:rPr>
        <w:t>2. 学业成绩满分100分，指前三学年全部必修课和学位课（不含军事理论、军事训练及体育成绩）的正考加权平均成绩。前六学期中仅一门不及格且补考或第一次重修通过的，该门课程按正考成绩核算。</w:t>
      </w:r>
    </w:p>
    <w:p>
      <w:pPr>
        <w:spacing w:after="80" w:lineRule="auto" w:line="360"/>
        <w:ind w:firstLine="482"/>
        <w:jc w:val="both"/>
      </w:pPr>
      <w:r>
        <w:rPr>
          <w:rFonts w:ascii="Times New Roman" w:hAnsi="Times New Roman" w:eastAsia="宋体"/>
          <w:b w:val="0"/>
          <w:sz w:val="24"/>
        </w:rPr>
        <w:t>3. 附加成绩满分6分，指标体系包括：参军入伍服兵役、参加志愿服务或到国际组织实习、学科竞赛获奖、科研创新成果、荣誉称号等。本科生在某一方面有多项加分时，原则上只取1项进行认定。</w:t>
      </w:r>
    </w:p>
    <w:p>
      <w:pPr>
        <w:spacing w:after="80" w:lineRule="auto" w:line="360"/>
        <w:ind w:firstLine="482"/>
        <w:jc w:val="both"/>
      </w:pPr>
      <w:r>
        <w:rPr>
          <w:rFonts w:ascii="Times New Roman" w:hAnsi="Times New Roman" w:eastAsia="宋体"/>
          <w:b w:val="0"/>
          <w:sz w:val="24"/>
        </w:rPr>
        <w:t>4. 本科生与直系亲属或学历、职称、职务明显高于本人者（可出具相关证明的本校学业导师、科研团队导师、竞赛指导教师等本科人才培养指导体系内的人员除外）合作的竞赛获奖、科研创新成果等仅作参考，不纳入附加成绩加分体系。</w:t>
      </w:r>
    </w:p>
    <w:p>
      <w:pPr>
        <w:spacing w:before="160" w:after="80" w:lineRule="auto" w:line="360"/>
        <w:jc w:val="left"/>
      </w:pPr>
      <w:r>
        <w:rPr>
          <w:rFonts w:ascii="Times New Roman" w:hAnsi="Times New Roman" w:eastAsia="宋体"/>
          <w:b/>
          <w:sz w:val="28"/>
        </w:rPr>
        <w:t>六、附加成绩计算方法</w:t>
      </w:r>
    </w:p>
    <w:p>
      <w:pPr>
        <w:spacing w:after="80" w:lineRule="auto" w:line="360"/>
        <w:ind w:firstLine="482"/>
        <w:jc w:val="both"/>
      </w:pPr>
      <w:r>
        <w:rPr>
          <w:rFonts w:ascii="Times New Roman" w:hAnsi="Times New Roman" w:eastAsia="宋体"/>
          <w:b w:val="0"/>
          <w:sz w:val="24"/>
        </w:rPr>
        <w:t>1. 参军入伍服兵役：按规定服役周期节点退出现役的在校生加2分；被评为“优秀士兵”“优秀士官”的每次另加0.5分，荣立三等功及以上的加1分，该项加分上限为3分。</w:t>
      </w:r>
    </w:p>
    <w:p>
      <w:pPr>
        <w:spacing w:after="80" w:lineRule="auto" w:line="360"/>
        <w:ind w:firstLine="482"/>
        <w:jc w:val="both"/>
      </w:pPr>
      <w:r>
        <w:rPr>
          <w:rFonts w:ascii="Times New Roman" w:hAnsi="Times New Roman" w:eastAsia="宋体"/>
          <w:b w:val="0"/>
          <w:sz w:val="24"/>
        </w:rPr>
        <w:t>2. 参加志愿服务或到国际组织实习：参加学校组织招募的志愿服务累计满80小时基础上，参加国家级、国际级重大活动、赛事、会议等不少于1周的志愿服务，或赴国际组织实习1周及以上且表现突出，每项0.25分/次，该项上限0.5分。</w:t>
      </w:r>
    </w:p>
    <w:p>
      <w:pPr>
        <w:spacing w:after="80" w:lineRule="auto" w:line="360"/>
        <w:ind w:firstLine="482"/>
        <w:jc w:val="both"/>
      </w:pPr>
      <w:r>
        <w:rPr>
          <w:rFonts w:ascii="Times New Roman" w:hAnsi="Times New Roman" w:eastAsia="宋体"/>
          <w:b w:val="0"/>
          <w:sz w:val="24"/>
        </w:rPr>
        <w:t>3. 大学生学科竞赛获奖：作为主力队员参加学校组织报名的竞赛（一类竞赛A、B、C、D四个等级及学院认定竞赛范围），仅限全国奖，第一完成单位为河北科技大学。加分标准参照《大学生学科竞赛加分对应表》，团队参赛中获奖证书明确排名的前3名按标准加分，第4、5名乘系数0.5，第6名及以后不做认定；无法确定排名的，队员5名以内乘系数0.6，超过5名不做认定。学科竞赛专项赛获奖按标准乘系数0.5。只取1个最高加分项，该项上限4分。</w:t>
      </w:r>
    </w:p>
    <w:p>
      <w:pPr>
        <w:spacing w:after="80" w:lineRule="auto" w:line="360"/>
        <w:ind w:firstLine="482"/>
        <w:jc w:val="both"/>
      </w:pPr>
      <w:r>
        <w:rPr>
          <w:rFonts w:ascii="Times New Roman" w:hAnsi="Times New Roman" w:eastAsia="宋体"/>
          <w:b w:val="0"/>
          <w:sz w:val="24"/>
        </w:rPr>
        <w:t>4. 科研创新成果：包括发表的学术论文和发明专利成果。论文须满足本科生为第一作者或独立作者，或本校教师为第一作者本科生为第二作者，河北科技大学为第一署名单位；工、理、医学科论文认定范围为D档及以上，文、经、管、法、教育、艺术学科为E档及以上。专利须本科生为第一发明人或教师为第一发明人本科生为第二发明人，且河北科技大学拥有专利权授权并与所学专业相关。学术论文最高加2分，发明专利最高加1分，只取最高加分项1次，该项上限2分。认定时须经专家评审小组审核并组织公开答辩，全程录音录像，结果公示。</w:t>
      </w:r>
    </w:p>
    <w:p>
      <w:pPr>
        <w:spacing w:after="80" w:lineRule="auto" w:line="360"/>
        <w:ind w:firstLine="482"/>
        <w:jc w:val="both"/>
      </w:pPr>
      <w:r>
        <w:rPr>
          <w:rFonts w:ascii="Times New Roman" w:hAnsi="Times New Roman" w:eastAsia="宋体"/>
          <w:b w:val="0"/>
          <w:sz w:val="24"/>
        </w:rPr>
        <w:t>5. 个人国家级、省级综合类荣誉称号：国家级加0.5分，省级加0.2分。荣誉限于教育部、团中央、教育厅、团省委颁发的三好学生、优秀学生干部、青年五四奖章（个人、团体获奖计第一负责人）。只取最高级别1项，该项上限0.5分。</w:t>
      </w:r>
    </w:p>
    <w:p>
      <w:pPr>
        <w:spacing w:before="160" w:after="80" w:lineRule="auto" w:line="360"/>
        <w:jc w:val="left"/>
      </w:pPr>
      <w:r>
        <w:rPr>
          <w:rFonts w:ascii="Times New Roman" w:hAnsi="Times New Roman" w:eastAsia="宋体"/>
          <w:b/>
          <w:sz w:val="28"/>
        </w:rPr>
        <w:t>七、推荐程序</w:t>
      </w:r>
    </w:p>
    <w:p>
      <w:pPr>
        <w:spacing w:after="80" w:lineRule="auto" w:line="360"/>
        <w:ind w:firstLine="482"/>
        <w:jc w:val="both"/>
      </w:pPr>
      <w:r>
        <w:rPr>
          <w:rFonts w:ascii="Times New Roman" w:hAnsi="Times New Roman" w:eastAsia="宋体"/>
          <w:b w:val="0"/>
          <w:sz w:val="24"/>
        </w:rPr>
        <w:t>1. 推免宣讲：广泛宣传推免政策和要求，做到应知尽知。</w:t>
      </w:r>
    </w:p>
    <w:p>
      <w:pPr>
        <w:spacing w:after="80" w:lineRule="auto" w:line="360"/>
        <w:ind w:firstLine="482"/>
        <w:jc w:val="both"/>
      </w:pPr>
      <w:r>
        <w:rPr>
          <w:rFonts w:ascii="Times New Roman" w:hAnsi="Times New Roman" w:eastAsia="宋体"/>
          <w:b w:val="0"/>
          <w:sz w:val="24"/>
        </w:rPr>
        <w:t>2. 个人申报：有意申请的学生在通知截止时间前向学院提出申请，填写《河北科技大学推荐优秀本科毕业生免试攻读研究生资格申请表》，申请附加成绩加分的需同时提供支撑材料原件和复印件。</w:t>
      </w:r>
    </w:p>
    <w:p>
      <w:pPr>
        <w:spacing w:after="80" w:lineRule="auto" w:line="360"/>
        <w:ind w:firstLine="482"/>
        <w:jc w:val="both"/>
      </w:pPr>
      <w:r>
        <w:rPr>
          <w:rFonts w:ascii="Times New Roman" w:hAnsi="Times New Roman" w:eastAsia="宋体"/>
          <w:b w:val="0"/>
          <w:sz w:val="24"/>
        </w:rPr>
        <w:t>3. 确定入围名单：综合评定小组复核学业成绩，从政治态度、思想表现、道德品质、科学精神、诚实守信、遵纪守法等方面综合评定，格次为合格和不合格，不合格者不予推荐。</w:t>
      </w:r>
    </w:p>
    <w:p>
      <w:pPr>
        <w:spacing w:after="80" w:lineRule="auto" w:line="360"/>
        <w:ind w:firstLine="482"/>
        <w:jc w:val="both"/>
      </w:pPr>
      <w:r>
        <w:rPr>
          <w:rFonts w:ascii="Times New Roman" w:hAnsi="Times New Roman" w:eastAsia="宋体"/>
          <w:b w:val="0"/>
          <w:sz w:val="24"/>
        </w:rPr>
        <w:t>4. 成果认定：专家评审小组对入围人选业绩成果进行审核评定，组织公开答辩，全程录音录像，答辩结果公示，未通过者不得纳入附加成绩计算体系。</w:t>
      </w:r>
    </w:p>
    <w:p>
      <w:pPr>
        <w:spacing w:after="80" w:lineRule="auto" w:line="360"/>
        <w:ind w:firstLine="482"/>
        <w:jc w:val="both"/>
      </w:pPr>
      <w:r>
        <w:rPr>
          <w:rFonts w:ascii="Times New Roman" w:hAnsi="Times New Roman" w:eastAsia="宋体"/>
          <w:b w:val="0"/>
          <w:sz w:val="24"/>
        </w:rPr>
        <w:t>5. 名单确定及公示上报：推免工作小组核定附加分，与学业成绩加总形成推免成绩，综合考虑学校分配指标、各专业预推免候选人成绩排序确定推荐名单及候补名单，在学院官方网站和公告栏公示3日，无异议后上报学校。</w:t>
      </w:r>
    </w:p>
    <w:p>
      <w:pPr>
        <w:spacing w:after="80" w:lineRule="auto" w:line="360"/>
        <w:ind w:firstLine="482"/>
        <w:jc w:val="both"/>
      </w:pPr>
      <w:r>
        <w:rPr>
          <w:rFonts w:ascii="Times New Roman" w:hAnsi="Times New Roman" w:eastAsia="宋体"/>
          <w:b w:val="0"/>
          <w:sz w:val="24"/>
        </w:rPr>
        <w:t>6. 自愿放弃者须填写《河北科技大学放弃推免资格申请表》，由学生本人、辅导员、院长签字留存备案，严格按成绩排名依次递补。</w:t>
      </w:r>
    </w:p>
    <w:p>
      <w:pPr>
        <w:spacing w:after="80" w:lineRule="auto" w:line="360"/>
        <w:ind w:firstLine="482"/>
        <w:jc w:val="both"/>
      </w:pPr>
      <w:r>
        <w:rPr>
          <w:rFonts w:ascii="Times New Roman" w:hAnsi="Times New Roman" w:eastAsia="宋体"/>
          <w:b w:val="0"/>
          <w:sz w:val="24"/>
        </w:rPr>
        <w:t>7. 获得推免资格的学生在毕业前有以下情形者取消推免资格：受到记过及以上纪律处分、被追究刑事责任或其他学校认为应取消的情况；在推免过程中弄虚作假的。</w:t>
      </w:r>
    </w:p>
    <w:p>
      <w:pPr>
        <w:spacing w:before="160" w:after="80" w:lineRule="auto" w:line="360"/>
        <w:jc w:val="left"/>
      </w:pPr>
      <w:r>
        <w:rPr>
          <w:rFonts w:ascii="Times New Roman" w:hAnsi="Times New Roman" w:eastAsia="宋体"/>
          <w:b/>
          <w:sz w:val="28"/>
        </w:rPr>
        <w:t>八、推免工作回避制度</w:t>
      </w:r>
    </w:p>
    <w:p>
      <w:pPr>
        <w:spacing w:after="80" w:lineRule="auto" w:line="360"/>
        <w:ind w:firstLine="482"/>
        <w:jc w:val="both"/>
      </w:pPr>
      <w:r>
        <w:rPr>
          <w:rFonts w:ascii="Times New Roman" w:hAnsi="Times New Roman" w:eastAsia="宋体"/>
          <w:b w:val="0"/>
          <w:sz w:val="24"/>
        </w:rPr>
        <w:t>1. 推免相关工作人员有直系亲属或利益相关人员报名参加推免招生的应主动申请回避，有非直系亲属等报名参加的应主动报备。相关学生申请推免时也应主动向学校报备声明。未按规定报备的，依规依纪严肃处理。</w:t>
      </w:r>
    </w:p>
    <w:p>
      <w:pPr>
        <w:spacing w:before="160" w:after="80" w:lineRule="auto" w:line="360"/>
        <w:jc w:val="left"/>
      </w:pPr>
      <w:r>
        <w:rPr>
          <w:rFonts w:ascii="Times New Roman" w:hAnsi="Times New Roman" w:eastAsia="宋体"/>
          <w:b/>
          <w:sz w:val="28"/>
        </w:rPr>
        <w:t>九、复议</w:t>
      </w:r>
    </w:p>
    <w:p>
      <w:pPr>
        <w:spacing w:after="80" w:lineRule="auto" w:line="360"/>
        <w:ind w:firstLine="482"/>
        <w:jc w:val="both"/>
      </w:pPr>
      <w:r>
        <w:rPr>
          <w:rFonts w:ascii="Times New Roman" w:hAnsi="Times New Roman" w:eastAsia="宋体"/>
          <w:b w:val="0"/>
          <w:sz w:val="24"/>
        </w:rPr>
        <w:t>1. 已参加推免遴选但对推免成绩及结果持有异议的学生，可在拟推免名单公示期间提请学院推免工作小组复议。</w:t>
      </w:r>
    </w:p>
    <w:p>
      <w:pPr>
        <w:spacing w:after="80" w:lineRule="auto" w:line="360"/>
        <w:ind w:firstLine="482"/>
        <w:jc w:val="both"/>
      </w:pPr>
      <w:r>
        <w:rPr>
          <w:rFonts w:ascii="Times New Roman" w:hAnsi="Times New Roman" w:eastAsia="宋体"/>
          <w:b w:val="0"/>
          <w:sz w:val="24"/>
        </w:rPr>
        <w:t>2. 复议程序：申请人填写《河北科技大学推荐免试研究生复议申请审核表》（一式三份），在规定日期内上交学院；推免工作小组审核情况是否属实，必要时重新评价，复议过程详细记录；复议结论由组长签字、学院盖章方有效，结果应在拟推免名单报学校前告知申请人；复议表汇总后连同拟推免名单在规定时间内报学校推免生工作领导小组。</w:t>
      </w:r>
    </w:p>
    <w:p>
      <w:pPr>
        <w:spacing w:before="160" w:after="80" w:lineRule="auto" w:line="360"/>
        <w:jc w:val="left"/>
      </w:pPr>
      <w:r>
        <w:rPr>
          <w:rFonts w:ascii="Times New Roman" w:hAnsi="Times New Roman" w:eastAsia="宋体"/>
          <w:b/>
          <w:sz w:val="28"/>
        </w:rPr>
        <w:t>十、管理与监督</w:t>
      </w:r>
    </w:p>
    <w:p>
      <w:pPr>
        <w:spacing w:after="80" w:lineRule="auto" w:line="360"/>
        <w:ind w:firstLine="482"/>
        <w:jc w:val="both"/>
      </w:pPr>
      <w:r>
        <w:rPr>
          <w:rFonts w:ascii="Times New Roman" w:hAnsi="Times New Roman" w:eastAsia="宋体"/>
          <w:b w:val="0"/>
          <w:sz w:val="24"/>
        </w:rPr>
        <w:t>1. 学院严格执行国家推免工作有关政策规定和学校推免工作规定，严格掌握推荐原则、条件和程序，切实保证推免生质量。若出现违规行为，情节严重者将追究相关人员责任。</w:t>
      </w:r>
    </w:p>
    <w:p>
      <w:pPr>
        <w:spacing w:before="160" w:after="80" w:lineRule="auto" w:line="360"/>
        <w:jc w:val="left"/>
      </w:pPr>
      <w:r>
        <w:rPr>
          <w:rFonts w:ascii="Times New Roman" w:hAnsi="Times New Roman" w:eastAsia="宋体"/>
          <w:b/>
          <w:sz w:val="28"/>
        </w:rPr>
        <w:t>十一、附则</w:t>
      </w:r>
    </w:p>
    <w:p>
      <w:pPr>
        <w:spacing w:after="80" w:lineRule="auto" w:line="360"/>
        <w:ind w:firstLine="482"/>
        <w:jc w:val="both"/>
      </w:pPr>
      <w:r>
        <w:rPr>
          <w:rFonts w:ascii="Times New Roman" w:hAnsi="Times New Roman" w:eastAsia="宋体"/>
          <w:b w:val="0"/>
          <w:sz w:val="24"/>
        </w:rPr>
        <w:t>1. 推免工作相关政策发生变动的，以学校相关文件为准。</w:t>
      </w:r>
    </w:p>
    <w:p>
      <w:pPr>
        <w:spacing w:after="80" w:lineRule="auto" w:line="360"/>
        <w:ind w:firstLine="482"/>
        <w:jc w:val="both"/>
      </w:pPr>
      <w:r>
        <w:rPr>
          <w:rFonts w:ascii="Times New Roman" w:hAnsi="Times New Roman" w:eastAsia="宋体"/>
          <w:b w:val="0"/>
          <w:sz w:val="24"/>
        </w:rPr>
        <w:t>2. 本细则自发布之日起开始实施，由河北科技大学经济管理学院推免工作小组负责解释。</w:t>
      </w:r>
    </w:p>
    <w:p>
      <w:pPr>
        <w:spacing w:after="80" w:lineRule="auto" w:line="360"/>
        <w:ind w:firstLine="482"/>
        <w:jc w:val="both"/>
      </w:pPr>
      <w:r>
        <w:rPr>
          <w:rFonts w:ascii="Times New Roman" w:hAnsi="Times New Roman" w:eastAsia="宋体"/>
          <w:b w:val="0"/>
          <w:sz w:val="24"/>
        </w:rPr>
        <w:t>联系方式：原文未提供。</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