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生命科学学院推荐2026年免试研究生资格审查情况一览表</w:t>
      </w:r>
    </w:p>
    <w:p>
      <w:pPr>
        <w:spacing w:after="80" w:lineRule="auto" w:line="360"/>
        <w:ind w:firstLine="482"/>
        <w:jc w:val="both"/>
      </w:pPr>
      <w:r>
        <w:rPr>
          <w:rFonts w:ascii="Times New Roman" w:hAnsi="Times New Roman" w:eastAsia="宋体"/>
          <w:b w:val="0"/>
          <w:sz w:val="24"/>
        </w:rPr>
        <w:t>根据《海南师范大学关于做好推荐2026年应届优秀本科毕业生免试攻读硕士学位研究生工作的通知》《生命科学学院推荐应届优秀本科毕业生免试攻读硕士学位研究生工作规定》等文件精神以及申报者的专业成绩、综合测评、奖励加分等综合情况，经学院推免工作小组、推免专家小组综合考核和评议，报学院党政联席会议通过，拟推荐郑佳慧、余金旭、许思婷、苏兰馨、谭威宇、任燕、刘俊辰、黄佳、李嘉艺、方涵、刘岩岩十一位同学为正式推免生，焦可伊、杨浩、钟善美、张壬跃、何秋雨、王奕文、李思婵、曾雅婷、廖雨婷、张玉箫十一位同学为候补推免生。现予以公示。</w:t>
      </w:r>
    </w:p>
    <w:p>
      <w:pPr>
        <w:spacing w:after="80" w:lineRule="auto" w:line="360"/>
        <w:ind w:firstLine="482"/>
        <w:jc w:val="both"/>
      </w:pPr>
      <w:r>
        <w:rPr>
          <w:rFonts w:ascii="Times New Roman" w:hAnsi="Times New Roman" w:eastAsia="宋体"/>
          <w:b w:val="0"/>
          <w:sz w:val="24"/>
        </w:rPr>
        <w:t>发布日期：2025年9月7日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正式推免生名单：郑佳慧、余金旭、许思婷、苏兰馨、谭威宇、任燕、刘俊辰、黄佳、李嘉艺、方涵、刘岩岩，共十一位同学。</w:t>
      </w:r>
    </w:p>
    <w:p>
      <w:pPr>
        <w:spacing w:after="80" w:lineRule="auto" w:line="360"/>
        <w:ind w:firstLine="482"/>
        <w:jc w:val="both"/>
      </w:pPr>
      <w:r>
        <w:rPr>
          <w:rFonts w:ascii="Times New Roman" w:hAnsi="Times New Roman" w:eastAsia="宋体"/>
          <w:b w:val="0"/>
          <w:sz w:val="24"/>
        </w:rPr>
        <w:t>2. 候补推免生名单：焦可伊、杨浩、钟善美、张壬跃、何秋雨、王奕文、李思婵、曾雅婷、廖雨婷、张玉箫，共十一位同学。</w:t>
      </w:r>
    </w:p>
    <w:p>
      <w:pPr>
        <w:spacing w:before="160" w:after="80" w:lineRule="auto" w:line="360"/>
        <w:jc w:val="left"/>
      </w:pPr>
      <w:r>
        <w:rPr>
          <w:rFonts w:ascii="Times New Roman" w:hAnsi="Times New Roman" w:eastAsia="宋体"/>
          <w:b/>
          <w:sz w:val="28"/>
        </w:rPr>
        <w:t>二、公示材料</w:t>
      </w:r>
    </w:p>
    <w:p>
      <w:pPr>
        <w:spacing w:after="80" w:lineRule="auto" w:line="360"/>
        <w:ind w:firstLine="482"/>
        <w:jc w:val="both"/>
      </w:pPr>
      <w:r>
        <w:rPr>
          <w:rFonts w:ascii="Times New Roman" w:hAnsi="Times New Roman" w:eastAsia="宋体"/>
          <w:b w:val="0"/>
          <w:sz w:val="24"/>
        </w:rPr>
        <w:t>附件4海南师范大学推荐免试研究生资格审查情况一览表.pdf</w:t>
      </w:r>
    </w:p>
    <w:p>
      <w:pPr>
        <w:spacing w:before="160" w:after="80" w:lineRule="auto" w:line="360"/>
        <w:jc w:val="left"/>
      </w:pPr>
      <w:r>
        <w:rPr>
          <w:rFonts w:ascii="Times New Roman" w:hAnsi="Times New Roman" w:eastAsia="宋体"/>
          <w:b/>
          <w:sz w:val="28"/>
        </w:rPr>
        <w:t>三、公示期</w:t>
      </w:r>
    </w:p>
    <w:p>
      <w:pPr>
        <w:spacing w:after="80" w:lineRule="auto" w:line="360"/>
        <w:ind w:firstLine="482"/>
        <w:jc w:val="both"/>
      </w:pPr>
      <w:r>
        <w:rPr>
          <w:rFonts w:ascii="Times New Roman" w:hAnsi="Times New Roman" w:eastAsia="宋体"/>
          <w:b w:val="0"/>
          <w:sz w:val="24"/>
        </w:rPr>
        <w:t>2025年9月7日至2025年9月11日</w:t>
      </w:r>
    </w:p>
    <w:p>
      <w:pPr>
        <w:spacing w:before="160" w:after="80" w:lineRule="auto" w:line="360"/>
        <w:jc w:val="left"/>
      </w:pPr>
      <w:r>
        <w:rPr>
          <w:rFonts w:ascii="Times New Roman" w:hAnsi="Times New Roman" w:eastAsia="宋体"/>
          <w:b/>
          <w:sz w:val="28"/>
        </w:rPr>
        <w:t>四、异议反馈</w:t>
      </w:r>
    </w:p>
    <w:p>
      <w:pPr>
        <w:spacing w:after="80" w:lineRule="auto" w:line="360"/>
        <w:ind w:firstLine="482"/>
        <w:jc w:val="both"/>
      </w:pPr>
      <w:r>
        <w:rPr>
          <w:rFonts w:ascii="Times New Roman" w:hAnsi="Times New Roman" w:eastAsia="宋体"/>
          <w:b w:val="0"/>
          <w:sz w:val="24"/>
        </w:rPr>
        <w:t>1. 凡对公示有异议者，请及时向教务办实名书面反馈。</w:t>
      </w:r>
    </w:p>
    <w:p>
      <w:pPr>
        <w:spacing w:after="80" w:lineRule="auto" w:line="360"/>
        <w:ind w:firstLine="482"/>
        <w:jc w:val="both"/>
      </w:pPr>
      <w:r>
        <w:rPr>
          <w:rFonts w:ascii="Times New Roman" w:hAnsi="Times New Roman" w:eastAsia="宋体"/>
          <w:b w:val="0"/>
          <w:sz w:val="24"/>
        </w:rPr>
        <w:t>2. 将对所反馈意见进行核查，并根据学校有关规定进行处理。</w:t>
      </w:r>
    </w:p>
    <w:p>
      <w:pPr>
        <w:spacing w:after="80" w:lineRule="auto" w:line="360"/>
        <w:ind w:firstLine="482"/>
        <w:jc w:val="both"/>
      </w:pPr>
      <w:r>
        <w:rPr>
          <w:rFonts w:ascii="Times New Roman" w:hAnsi="Times New Roman" w:eastAsia="宋体"/>
          <w:b w:val="0"/>
          <w:sz w:val="24"/>
        </w:rPr>
        <w:t>3. 受理时间：8:30-11:30 14:30-17:00</w:t>
      </w:r>
    </w:p>
    <w:p>
      <w:pPr>
        <w:spacing w:after="80" w:lineRule="auto" w:line="360"/>
        <w:ind w:firstLine="482"/>
        <w:jc w:val="both"/>
      </w:pPr>
      <w:r>
        <w:rPr>
          <w:rFonts w:ascii="Times New Roman" w:hAnsi="Times New Roman" w:eastAsia="宋体"/>
          <w:b w:val="0"/>
          <w:sz w:val="24"/>
        </w:rPr>
        <w:t>4. 联系电话：0898-65883521</w:t>
      </w:r>
    </w:p>
    <w:p>
      <w:pPr>
        <w:spacing w:after="80" w:lineRule="auto" w:line="360"/>
        <w:ind w:firstLine="482"/>
        <w:jc w:val="both"/>
      </w:pPr>
      <w:r>
        <w:rPr>
          <w:rFonts w:ascii="Times New Roman" w:hAnsi="Times New Roman" w:eastAsia="宋体"/>
          <w:b w:val="0"/>
          <w:sz w:val="24"/>
        </w:rPr>
        <w:t>5. 联系邮箱：32726211@qq.com</w:t>
      </w:r>
    </w:p>
    <w:p>
      <w:pPr>
        <w:spacing w:after="80" w:lineRule="auto" w:line="360"/>
        <w:ind w:firstLine="482"/>
        <w:jc w:val="both"/>
      </w:pPr>
      <w:r>
        <w:rPr>
          <w:rFonts w:ascii="Times New Roman" w:hAnsi="Times New Roman" w:eastAsia="宋体"/>
          <w:b w:val="0"/>
          <w:sz w:val="24"/>
        </w:rPr>
        <w:t>生命科学学院</w:t>
      </w:r>
    </w:p>
    <w:p>
      <w:pPr>
        <w:spacing w:after="80" w:lineRule="auto" w:line="360"/>
        <w:ind w:firstLine="482"/>
        <w:jc w:val="both"/>
      </w:pPr>
      <w:r>
        <w:rPr>
          <w:rFonts w:ascii="Times New Roman" w:hAnsi="Times New Roman" w:eastAsia="宋体"/>
          <w:b w:val="0"/>
          <w:sz w:val="24"/>
        </w:rPr>
        <w:t>2025年9月7日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