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2026年北京大学医学部推荐免试招生复试名单及复试安排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2026年北京大学医学部推荐免试招生复试名单及复试安排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九、复试名单及安排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本名单共涉及考生 49 人，复试学院均为 893 公共卫生学院。复试专业包括：105300 公共卫生硕士、100405 卫生毒理学、100404 儿少卫生与妇幼保健学、100402 劳动卫生与环境卫生学、100401 流行病与卫生统计学。复试类型分为硕士、博士两类。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笔试及面试安排按专业分组如下：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（1）105300 公共卫生硕士、100405 卫生毒理学：笔试时间为 2025年9月15日下午14:00开始，地点为公卫楼543会议室；面试时间为 2025年9月16日下午14:00开始，地点为公卫楼543会议室。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（2）100404 儿少卫生与妇幼保健学：笔试时间为 2025年9月17日下午13:00开始，地点为公卫楼818会议室；面试时间为 2025年9月17日下午13:30开始，地点为公卫楼805会议室。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（3）100402 劳动卫生与环境卫生学：笔试时间为 2025年9月16日上午10:00开始，地点为公卫楼819会议室；面试时间为 2025年9月16日下午13:00开始，地点为公卫楼819会议室。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（4）105300 公共卫生硕士、100401 流行病与卫生统计学（部分硕士）：笔试时间为 2025年9月16日上午8:40开始，地点为公卫楼125教室；面试时间为 2025年9月17日上午8:30开始，地点为公卫楼311会议室。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（5）100401 流行病与卫生统计学（博士）：笔试时间为 2025年9月16日上午8:40开始，地点为公卫楼125教室或公卫楼311会议室；面试时间为 2025年9月16日下午13:00开始，地点为公卫楼513会议室或公卫楼311会议室。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笔试时间及地点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面试时间及地点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宁莫男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吴显亮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100405卫生毒理学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孙璟琦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100405卫生毒理学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2025年9月16日下午14:00开始 公卫楼543会议室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100404儿少卫生与妇幼保健学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刘信滔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100404儿少卫生与妇幼保健学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100404儿少卫生与妇幼保健学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张忻怡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吴颖欣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101020268930427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曹子涵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100404儿少卫生与妇幼保健学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孔婧祺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100404儿少卫生与妇幼保健学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2025年9月17日下午13:00开始 公卫楼818会议室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2025年9月17日下午13:30开始 公卫楼805会议室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何定艳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廖健芳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朱威澔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胡潇月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白宇璇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101020268930075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耿星月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汪新超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100402劳动卫生与环境卫生学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2025年9月16日上午10:00开始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公卫楼819会议室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张晗玉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101020268930195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雷若妍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廖予艺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陈洁莹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宋雨擎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黄雨昕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葛小强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蔡允诺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101020268930430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闫楷云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101020268930065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张婷婷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刘与非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2025年9月17日上午8:30开始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101020268930076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杨艺轩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101020268930432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吴飞潼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陈婷婷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黄熠城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公卫楼125教室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石博宏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曹佳佳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吴雨薇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101020268930255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夏露竹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九、复试名单及安排概况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2026年北京大学医学部推荐免试招生复试名单及复试安排（公共卫生学院部分），复试学院均为893公共卫生学院。复试类型分为博士、硕士两类。笔试与面试地点包括公卫楼311会议室、公卫楼513会议室、有朋馆一楼会议室、护理楼337会议室、护理楼235会议室、公卫楼433会议室、公卫楼418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笔试时间及地点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面试时间及地点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夏露竹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李筱钰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李瑞璇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胡可昕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江天翼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胡洺皓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公卫楼513会议室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陈栋露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寇璟奕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郭铿燃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100401流行病与卫生统计学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2025年9月16日上午8:40开始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2025年9月16日下午13:00开始 公卫楼311会议室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邱天越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1004Z1全球卫生学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2025年9月16日上午7:50开始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2025年9月16日上午9:00开始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安重瑾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1004Z1全球卫生学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2025年9月16日上午7:50开始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2025年9月16日上午9:00开始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1004Z1全球卫生学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2025年9月16日上午7:50开始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2025年9月16日上午9:00开始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1004Z1全球卫生学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2025年9月16日上午7:50开始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2025年9月16日上午9:00开始 有朋馆一楼会议室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101020268930417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101020268930358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张玉洁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101020268930093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金心怡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陆思舟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俞晨阳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袁士迪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都业婷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李杜峤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万古琴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赵姿烨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赵建靓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101020268930097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刘圃栾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101020268930407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陈丹丹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郭力宁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马一柠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101020268930154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徐良秀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101020268930191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田珉美汐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仲卉妍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107401社会医学与卫生事业管理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2025年9月17日上午8:00开始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赖子晨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1004Z2公共卫生应急管理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2025年9月17日下午16:30开始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雷瀚霆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1004Z2公共卫生应急管理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2025年9月17日下午16:30开始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1004Z2公共卫生应急管理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2025年9月17日下午16:30开始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101020268930184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高胜寒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1004Z2公共卫生应急管理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博士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2025年9月15日下午13:30开始 护理楼337会议室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2025年9月17日下午16:30开始 护理楼235会议室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沈喆珺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汪一鸣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谢智愚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105300公共卫生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101020268930356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耿铱蔓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101020268930089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杨净颖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101020268930338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101020268930260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余琪琪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八、专业与人数统计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100401流行病与卫生统计学（博士）：10人，分别为夏露竹、王天润、李筱钰、李瑞璇、胡可昕、江天翼、胡洺皓、陈栋露、寇璟奕、郭铿燃。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1004Z1全球卫生学（硕士）：4人，分别为邱天越、安重瑾、郝洋、李想。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105300公共卫生（硕士）：8人，分别为刘怡菲、高薪、姜晋、杨婧茹、张格、沈喆珺、汪一鸣、谢智愚。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107401社会医学与卫生事业管理（硕士）：13人，分别为张玉洁、周欣、金心怡、陆思舟、俞晨阳、钟婧、袁士迪、都业婷、李杜峤、万古琴、赵姿烨、王攀、赵建靓、赵佳玉（注：原文该专业硕士共14人，含赵佳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107401社会医学与卫生事业管理（博士）：7人，分别为刘圃栾、陈丹丹、郭力宁、马一柠、徐良秀、田珉美汐、仲卉妍。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1004Z2公共卫生应急管理（硕士）：2人，分别为赖子晨、雷瀚霆。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1004Z2公共卫生应急管理（博士）：2人，分别为张佳延、高胜寒。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2026年北京大学医学部推荐免试招生复试名单及复试安排（公共卫生学院·营养与食品卫生学·硕士）如下。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本批次复试考生共16人，均为893公共卫生学院100403营养与食品卫生学专业硕士类型，具体名单如下：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笔试时间及地点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面试时间及地点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10102026 8930351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10102026 8930294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谢烨婷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10102026 8930339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林坚灿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10102026 8930062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周诗梦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10102026 8930199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10102026 8930338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10102026 8930260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余琪琪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10102026 8930390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刘瑞凝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10102026 8930126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魏嘉颖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 公卫楼418会议室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笔试时间：2025年9月16日上午7:30开始。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笔试地点：公卫楼433会议室。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面试时间：2025年9月16日上午8:30开始。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面试地点：公卫楼418会议室。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复试专业：100403营养与食品卫生学；复试学院：893公共卫生学院；复试类型：硕士。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笔试（或第一环节）：2025年9月16日上午7:30开始，公卫楼433会议室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面试（或第二环节）：2025年9月16日上午8:30开始，公卫楼418会议室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营养与食品卫生学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营养与食品卫生学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说明：原文中“8930264”与“8930204”分别对应两名考生，其中“8930204”对应李欣；王馨悦对应“10102026”。名单共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说明：本段共涉及考生 2 人（王馨悦、李欣），均为 893 公共卫生学院 100403 营养与食品卫生学硕士考生。原文未提供排名、评分方式及公示期信息。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本段为推免复试名单信息，涉及 893 公共卫生学院 100403 营养与食品卫生学专业，学位类型为硕士，共 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复试时间：2025年9月16日上午7:30开始；2025年9月16日上午8:30开始。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复试地点：公卫楼433会议室；公卫楼418会议室。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公卫楼433会议室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公卫楼418会议室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公卫楼433会议室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公卫楼418会议室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注：原文中“8930264”与“8930204”分别对应两名考生，其中“8930204”为李欣的考生编号。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注：原文中“8930204”紧随“10102026”之后，未明确归属，按原文保留于考生编号列对应位置。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说明：原文未提供复试人数、排名或评分方式、公示期信息。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本段为复试安排类信息，涉及 893 公共卫生学院 100403 营养与食品卫生学专业硕士考生，共 3 人，分别为王馨悦、李欣，以及 1 名未显示姓名的考生（报名号 10102026）。复试时间与地点安排如下：2025年9月16日上午7:30开始，地点为公卫楼433会议室；2025年9月16日上午8:30开始，地点为公卫楼418会议室。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九、考生明细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复试地点2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公卫楼433会议室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公卫楼418会议室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公卫楼433会议室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公卫楼418会议室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公卫楼433会议室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公卫楼418会议室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上午7:30开始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公卫楼433会议室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 上午8:30开始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公卫楼418会议室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原文中“10102026”重复出现，按原文保留；姓名与报名号对应关系以原文呈现为准。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专业：100403 营养与食品卫生学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学位类型：硕士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2025年9月16日上午7:30开始，公卫楼433会议室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2025年9月16日上午8:30开始，公卫楼418会议室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本段共涉及考生 2 人：王馨悦、李欣。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两场复试时间地点均适用于上述 2 名考生。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本段为复试安排信息，涉及 893 公共卫生学院 2 名考生，专业均为 100403 营养与食品卫生学，学位类型均为硕士。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九、考生明细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 公共卫生学院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 营养与食品卫生学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十、复试时间与地点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2025年9月16日上午7:30开始，地点：公卫楼433会议室。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2025年9月16日上午8:30开始，地点：公卫楼418会议室。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复试时间与地点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说明：以上名单共涉及 2 人（王馨悦、李欣），均为 893公共卫生学院 100403营养与食品卫生学 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复试方式：硕士。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复试时间与地点：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- 2025年9月16日上午7:30开始，公卫楼433会议室；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- 2025年9月16日上午8:30开始，公卫楼418会议室。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十、考生名单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复试时间地点2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10102026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8930204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893公共卫生学院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100403营养与食品卫生学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2025年9月16日上午7:30开始 公卫楼433会议室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2025年9月16日上午8:30开始 公卫楼418会议室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说明：以上名单共2人，均为公共卫生学院100403营养与食品卫生学专业硕士考生。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