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华中农业大学动科动医学院接收推免生复试名单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华中农业大学动科动医学院接收推免生复试名单，共29人。名单按类别分为学术学位硕士和专业学位硕士两类，涉及专业代码及名称为：095200 高级临床兽医创新班（兽医硕士）、090603 临床兽医学、095200 兽医硕士。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所在学校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类别（学术学位硕士或专业学位硕士）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周雅婷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华中农业大学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高级临床兽医创新班（兽医硕士）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张煜婷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河北农业大学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高级临床兽医创新班（兽医硕士）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李月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贵州大学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高级临床兽医创新班（兽医硕士）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王钰茹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华中农业大学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高级临床兽医创新班（兽医硕士）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李蕊淇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东北农业大学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高级临床兽医创新班（兽医硕士）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马睿诗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江西农业大学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高级临床兽医创新班（兽医硕士）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封奕楠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华中农业大学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高级临床兽医创新班（兽医硕士）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东北农业大学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高级临床兽医创新班（兽医硕士）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赵福超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华中农业大学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高级临床兽医创新班（兽医硕士）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张天荣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华中农业大学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高级临床兽医创新班（兽医硕士）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叶华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华中农业大学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高级临床兽医创新班（兽医硕士）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郭家凤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内蒙古农业大学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高级临床兽医创新班（兽医硕士）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张红梅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山西农业大学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临床兽医学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归嘉伟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华中农业大学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临床兽医学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周子渲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内蒙古农业大学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临床兽医学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王琳莹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河南农业大学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临床兽医学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钟远琦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贵州大学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临床兽医学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陈亚新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河南农业大学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临床兽医学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西南民族大学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临床兽医学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吕岩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山西农业大学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周天涛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山西农业大学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宋雪婷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新疆农业大学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刘怡婷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华中农业大学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肖紫月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华中农业大学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姬凡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扬州大学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唐子木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江西农业大学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赵睿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华中农业大学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曹马力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扬州大学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叶姿瑄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四川农业大学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二、类别统计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专业学位硕士：共22人，其中高级临床兽医创新班（兽医硕士）12人，兽医硕士10人。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学术学位硕士：共7人，专业为临床兽医学（090603）。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原文未提供排名或评分方式、公示期信息。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