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华中师范大学计算机学院2025年优秀大学生夏令营合格营员结果公示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华中师范大学计算机学院2025年优秀大学生夏令营合格营员结果公示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根据《华中师范大学计算机学院2025年优秀大学生暑期夏令营活动通知》的具体要求，评选出合格营员。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合格营员名单详见附件《2025年华中师范大学计算机学院优秀大学生夏令营合格营员名单.pdf》。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联系电话：027-67867207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联系人：许老师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华中师范大学计算机学院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2025年7月3日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