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志愿ID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本名单为志愿ID列表，共列出 140 个志愿ID。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二、志愿ID明细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4"/>
      </w:tblGrid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志愿ID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ZY202639708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ZY202638794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ZY202645133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ZY202649447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ZY202641804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ZY202644893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ZY202640025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ZY202638793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ZY202655696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ZY202640392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ZY202640502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ZY202662209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ZY202638674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ZY202639985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ZY202652839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ZY202638972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ZY202637529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ZY202637944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ZY202638832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ZY202642574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ZY202648156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ZY202645377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ZY202641491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ZY202649415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ZY202644399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ZY202640957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ZY202650136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ZY202640932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ZY202644128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ZY202647685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ZY202643335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ZY202649827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ZY202638588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ZY202642008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ZY202650100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ZY202653281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ZY202641019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ZY202648761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ZY202637332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ZY202641588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ZY202652005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ZY202642197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ZY202643671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ZY202653431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ZY202660503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ZY202641963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ZY202660486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ZY202670180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ZY202641327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ZY202659522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ZY202639703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ZY202646581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ZY202658656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ZY202648184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ZY202640481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ZY202659235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ZY202638623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ZY202644938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ZY202663381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ZY202656131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ZY202643799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ZY202664613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ZY202675083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ZY202651056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ZY202662772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ZY202669804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ZY202651907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ZY202665786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ZY202670510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ZY202647699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ZY202663118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ZY202670297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ZY202646937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ZY202644991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ZY202659514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ZY202653365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ZY202669527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ZY202659030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ZY202656243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ZY202670580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ZY202650185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ZY202653226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ZY202639030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ZY202649643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ZY202655504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ZY202637779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ZY202643629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ZY202652300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ZY202639037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ZY202643508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ZY202652767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ZY202641205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ZY202642925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ZY202660796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ZY202647441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ZY202641360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ZY202657752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ZY202648441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ZY202642921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ZY202647492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ZY202654241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ZY202642961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ZY202642810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ZY202656353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ZY202639794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ZY202663784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ZY202653635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ZY202639317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ZY202660410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ZY202658208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ZY202639686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ZY202661912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ZY202660750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ZY202639524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ZY202665293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ZY202658565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ZY202642760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ZY202665657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ZY202663789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ZY202666307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ZY202670308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ZY202637665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ZY202645961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ZY202662274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ZY202643564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ZY202674803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ZY202674683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ZY202669898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ZY202672657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ZY202669104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ZY202656540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ZY202668822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ZY202674763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ZY202641644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ZY202643842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ZY202671890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ZY202644320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ZY202673753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ZY202673449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ZY202674827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ZY202637616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ZY202671225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ZY202639244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ZY202672778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ZY202638484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ZY202639987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ZY202670686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原文未提供专业/学院明细、排名或评分方式、公示期等说明。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