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运动科学与健康学院2026年推免生拟推荐名单公示</w:t>
      </w:r>
    </w:p>
    <w:p>
      <w:pPr>
        <w:spacing w:before="160" w:after="80" w:lineRule="auto" w:line="360"/>
        <w:jc w:val="left"/>
      </w:pPr>
      <w:r>
        <w:rPr>
          <w:rFonts w:ascii="Times New Roman" w:hAnsi="Times New Roman" w:eastAsia="宋体"/>
          <w:b/>
          <w:sz w:val="28"/>
        </w:rPr>
        <w:t>一、推荐依据与程序</w:t>
      </w:r>
    </w:p>
    <w:p>
      <w:pPr>
        <w:spacing w:after="80" w:lineRule="auto" w:line="360"/>
        <w:ind w:firstLine="482"/>
        <w:jc w:val="both"/>
      </w:pPr>
      <w:r>
        <w:rPr>
          <w:rFonts w:ascii="Times New Roman" w:hAnsi="Times New Roman" w:eastAsia="宋体"/>
          <w:b w:val="0"/>
          <w:sz w:val="24"/>
        </w:rPr>
        <w:t>发布日期：2025年9月11日</w:t>
      </w:r>
    </w:p>
    <w:p>
      <w:pPr>
        <w:spacing w:after="80" w:lineRule="auto" w:line="360"/>
        <w:ind w:firstLine="482"/>
        <w:jc w:val="both"/>
      </w:pPr>
      <w:r>
        <w:rPr>
          <w:rFonts w:ascii="Times New Roman" w:hAnsi="Times New Roman" w:eastAsia="宋体"/>
          <w:b w:val="0"/>
          <w:sz w:val="24"/>
        </w:rPr>
        <w:t>1. 根据《教育部办公厅关于进一步规范和加强推荐优秀应届本科毕业生免试攻读研究生工作的通知》等文件精神，依据《哈尔滨体育学院推荐优秀应届本科毕业生免试攻读硕士学位研究生管理办法（试行）》（哈体院政发〔2025〕40号）及《哈尔滨体育学院推荐2026届优秀应届本科毕业生免试攻读硕士学位研究生的实施方案》（哈体院政发〔2025〕45号）执行。</w:t>
      </w:r>
    </w:p>
    <w:p>
      <w:pPr>
        <w:spacing w:after="80" w:lineRule="auto" w:line="360"/>
        <w:ind w:firstLine="482"/>
        <w:jc w:val="both"/>
      </w:pPr>
      <w:r>
        <w:rPr>
          <w:rFonts w:ascii="Times New Roman" w:hAnsi="Times New Roman" w:eastAsia="宋体"/>
          <w:b w:val="0"/>
          <w:sz w:val="24"/>
        </w:rPr>
        <w:t>2. 推荐程序包括：学生个人申请、二级学院审核遴选、教务处审核，运动科学与健康学院已完成全部推荐程序。</w:t>
      </w:r>
    </w:p>
    <w:p>
      <w:pPr>
        <w:spacing w:before="160" w:after="80" w:lineRule="auto" w:line="360"/>
        <w:jc w:val="left"/>
      </w:pPr>
      <w:r>
        <w:rPr>
          <w:rFonts w:ascii="Times New Roman" w:hAnsi="Times New Roman" w:eastAsia="宋体"/>
          <w:b/>
          <w:sz w:val="28"/>
        </w:rPr>
        <w:t>二、拟推荐名单</w:t>
      </w:r>
    </w:p>
    <w:p>
      <w:pPr>
        <w:spacing w:after="80" w:lineRule="auto" w:line="360"/>
        <w:ind w:firstLine="482"/>
        <w:jc w:val="both"/>
      </w:pPr>
      <w:r>
        <w:rPr>
          <w:rFonts w:ascii="Times New Roman" w:hAnsi="Times New Roman" w:eastAsia="宋体"/>
          <w:b w:val="0"/>
          <w:sz w:val="24"/>
        </w:rPr>
        <w:t>1. 拟推荐杨梓娜等4名本科生获得推免资格，具体名单详见附件《哈尔滨体育学院2026年推免生拟推荐名单汇总表》。</w:t>
      </w:r>
    </w:p>
    <w:p>
      <w:pPr>
        <w:spacing w:before="160" w:after="80" w:lineRule="auto" w:line="360"/>
        <w:jc w:val="left"/>
      </w:pPr>
      <w:r>
        <w:rPr>
          <w:rFonts w:ascii="Times New Roman" w:hAnsi="Times New Roman" w:eastAsia="宋体"/>
          <w:b/>
          <w:sz w:val="28"/>
        </w:rPr>
        <w:t>三、公示时间与异议处理</w:t>
      </w:r>
    </w:p>
    <w:p>
      <w:pPr>
        <w:spacing w:after="80" w:lineRule="auto" w:line="360"/>
        <w:ind w:firstLine="482"/>
        <w:jc w:val="both"/>
      </w:pPr>
      <w:r>
        <w:rPr>
          <w:rFonts w:ascii="Times New Roman" w:hAnsi="Times New Roman" w:eastAsia="宋体"/>
          <w:b w:val="0"/>
          <w:sz w:val="24"/>
        </w:rPr>
        <w:t>1. 公示期至2025年9月11日17:00截止。</w:t>
      </w:r>
    </w:p>
    <w:p>
      <w:pPr>
        <w:spacing w:after="80" w:lineRule="auto" w:line="360"/>
        <w:ind w:firstLine="482"/>
        <w:jc w:val="both"/>
      </w:pPr>
      <w:r>
        <w:rPr>
          <w:rFonts w:ascii="Times New Roman" w:hAnsi="Times New Roman" w:eastAsia="宋体"/>
          <w:b w:val="0"/>
          <w:sz w:val="24"/>
        </w:rPr>
        <w:t>2. 公示期间，学生对名单如有异议，可在公示期内向所在二级学院提出，由所在二级学院组织开展核查，对于核查存在问题的学生将依规进行相应处理。</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电话：13845110177</w:t>
      </w:r>
    </w:p>
    <w:p>
      <w:pPr>
        <w:spacing w:after="80" w:lineRule="auto" w:line="360"/>
        <w:ind w:firstLine="482"/>
        <w:jc w:val="both"/>
      </w:pPr>
      <w:r>
        <w:rPr>
          <w:rFonts w:ascii="Times New Roman" w:hAnsi="Times New Roman" w:eastAsia="宋体"/>
          <w:b w:val="0"/>
          <w:sz w:val="24"/>
        </w:rPr>
        <w:t>2. 邮箱：ydkxyjkxy@163.com</w:t>
      </w:r>
    </w:p>
    <w:p>
      <w:pPr>
        <w:spacing w:after="80" w:lineRule="auto" w:line="360"/>
        <w:ind w:firstLine="482"/>
        <w:jc w:val="both"/>
      </w:pPr>
      <w:r>
        <w:rPr>
          <w:rFonts w:ascii="Times New Roman" w:hAnsi="Times New Roman" w:eastAsia="宋体"/>
          <w:b w:val="0"/>
          <w:sz w:val="24"/>
        </w:rPr>
        <w:t>3. 附件：哈尔滨体育学院2026年推免生拟推荐名单汇总表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