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区域与国别研究院关于推荐2026届 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区域与国别研究院关于推荐2026届优秀本科毕业生免试攻读研究生工作方案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来源：区域与国别研究院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编辑：苟晓姣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时间：2025-09-04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本方案为区域与国别研究院关于推荐2026届优秀本科毕业生免试攻读研究生的工作方案，正文以 PDF 文件形式发布。如无法在线浏览此 PDF 文件，可下载福昕（Foxit）PDF 阅读器或 Adobe Reader PDF 阅读器，安装后即可在线浏览，或下载此 PDF 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邮箱：iris@hubu.edu.cn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电话：027-88660223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地址：湖北省武汉市武昌区友谊大道368号 湖北大学创新创业大楼B座14层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交部、教育部、中联部、湖北大学、湖北大学人文社会科学研究院、湖北大学研究生院、湖北大学国际交流与合作处、北京大学区域与国别研究院、清华大学国际与地区研究院、中国人民大学区域国别研究院、北京语言大学国别和区域研究院、中山大学区域国别研究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