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俄语学院2025届毕业生推荐免试攻读硕士研究生名单公示-黑龙江大学俄语学院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黑龙江大学2025年推荐优秀应届本科毕业生免试攻读硕士学位研究生工作实施细则》文件精神，俄语学院成立2025年推免工作领导小组。学院推免工作领导小组严格按照学校及俄语学院2025年推免工作原则等文件要求，对2021级各专业学生的专业成绩及科研等综合情况分别进行测评，现将拟推荐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公示时间：2024年9月11日至9月13日。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异议受理：对遴选结果如有异议，可在公示期内与俄语学院2025年推免工作领导小组联系。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联系人：张梦雨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联系电话：0451-86604664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原文未提供具体拟推荐名单表格或人数、专业明细。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俄语学院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二〇二四年九月十一日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