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2018自动化学院硕士研究生预录取公示名单（电气学科）共80人，公示日期为2018.03.26。预录取学科包括电力系统及其自动化、电力电子与电力传动、电气工程、电机与电器、电工理论与新技术；报考导师包括段建东、孙向东、刘健、王倩、张辉、徐艳平、李洁、李金刚、任碧莹、宋卫章、同向前、尹忠刚、伍文俊、李宁、张志禹、王建渊、尹有为、张琦、黄晶晶、安少亮、李好文、郑丽萍、支娜。备注中标注1人为推免生，1人为非全日制，2人为士兵计划，1人为校企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发布日期：2018年3月26日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预录取学科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报考导师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冀京润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李再男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孙金鸽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周永航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涂思宇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107008041043711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陈守克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107008061362320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任璟璐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徐艳平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107008021133819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任碧莹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107008041553815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107008062083055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宋卫章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107008012033787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袁永涛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107008061362136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李林涛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兰雪梅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何复兴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107008051203067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严仲乔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徐艳平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程文姬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徐玮浓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任碧莹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100548000004819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曹裕捷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惠永康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杜明桥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张伟杰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宋卫章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南美璇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107008014053830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秘晓曼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电机与电器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107008021033735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燕云飞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阴超波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宋卫章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107008061413050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电机与电器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107008014073073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许烨文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尹有为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刘昕林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电工理论与新技术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106988611100965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106138085200683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路文超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段建东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曹新平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107008021033800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陈秉杰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107008037133716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周梦琦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电机与电器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徐艳平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董松松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安少亮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107008013103074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左冉阳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电工理论与新技术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杨韶晨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107008042263807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张丛焕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107008061413030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张若楠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107008015023730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107008061360738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电机与电器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106988420208002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袁泽宇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电力系统及其自动化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107008061360861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电机与电器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尹忠刚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101888210601529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何敏瑶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107008037023752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马彦军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郑丽萍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106988140205064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安少亮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107008041563757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107008062063058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电工理论与新技术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任碧莹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107008061413719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孙向东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朱守玉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电力电子与电力传动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107008061362212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杨晨东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同向前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非全日制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107008061360903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任碧莹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士兵计划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100048131004554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赵金伟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尹有为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士兵计划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107008014163740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贾灵贤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校企专项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