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中山大学粤港澳发展研究院 2026 年接收优秀应届本科毕业生预推免复试名单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现公布中山大学粤港澳发展研究院2026年预推免复试名单（附件1）。请进入复试名单的同学，于2025年9月19日中午12：00前登录系统确认是否参加复试，同时将确认信息发送至 zhshuh5@mail.sysu.edu.cn，邮件主题为“本科学校—姓名—手机—是否参加预推免面试”。逾期未确认视为放弃复试资格。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初步日程安排为：9月21日14：30——17：30报到，9月22日复试面试。具体日程安排等将通过邮件发送，请留意邮件信息并保持手机畅通。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复试同学于报到当天提交申请材料纸质版（一式6份），须与电子版材料内容一致；材料不合格者，将取消本次复试资格，不得参与本次预推免。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粤港澳发展研究院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2026年预推免复试名单.pdf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中山大学粤港澳发展研究院2026年预推免考核结果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中山大学粤港澳发展研究院2026年接收优秀应届本科毕业生推荐免试攻读研究生预报名通知（第一批）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