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林学院2026年推荐优秀应届本科毕业生免试攻读研究生公示名单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经林学院专家小组审核并报林学院推免工作小组终审，现对林学院2026年推荐优秀应届本科毕业生免试攻读研究生公示名单进行公示。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公示时间：2025年9月2日至2025年9月5日。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三、异议反馈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如有异议，请在公示期间向林学院推免工作小组反映。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联系人及电话：吉老师 0354-6285158；陈老师 0354-6287125。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发布单位：山西农业大学林学院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