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先进结构技术研究院2026年全国大学生夏令营入围名单公示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先进结构技术研究院2026年全国大学生夏令营招募工作已完成，经过报名及资格审核，按照相关规定，现对入围学生名单予以公示。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先进结构技术研究院2026年全国大学生夏令营招募工作已完成。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经过报名及资格审核，按照相关规定，现对入围学生名单予以公示。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二、入围名单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入围名单详见下表（网页正文未提供具体名单内容）。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公示时间：2026年6月30日-7月6日。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发布单位：先进结构技术研究院。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发布日期：2026年6月30日。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