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空间与地球科学学院接收推荐免试攻读2026年研究生（含博士）工作方案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空间与地球科学学院接收推荐免试攻读2026年研究生（含博士）工作方案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研究生招生工作小组：组长曹晋滨、唐莉，成员范磊、符慧山、李柳元、刘文龙、徐墨客、於益群、郑福（按姓氏拼音排序），秘书刘薇。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研究生招生督察小组：组长唐莉，成员王翔宇、张尊（按姓氏拼音排序）。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二、拟接收推免生招生专业及人数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硕士层次：专业代码070800，专业名称地球物理学，学位类型学术学位，拟接收人数17人。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博士层次：专业代码070800，专业名称地球物理学，学位类型学术学位，拟接收人数3人。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