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动科动医学院接收推免生复试成绩公示（专硕）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动科动医学院接收推免生复试成绩公示（专硕），本次公示拟录取人数为 4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二、复试成绩及拟录取名单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拟录取专业(领域)代码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肖蔚峰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马嘉敏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三、成绩与排名说明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复试成绩采用百分制。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本次公示名单按复试成绩从高到低排序。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4 名考生复试成绩分别为：89、86.64、86、85。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4 名考生备注均为“拟录取”。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四、专业（领域）明细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拟录取专业（领域）代码均为 095133。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拟录取专业（领域）均为农业硕士（畜牧）。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本次公示共涉及 1 个专业（领域），即农业硕士（畜牧），拟录取 4 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