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河口海岸全国重点实验室（河口海岸科学研究院）关于2026年硕士研究生招生考试招生专业变化的预公告（地理学）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口海岸全国重点实验室（河口海岸科学研究院）2026年对部分硕士研究生招生学科、考试科目进行调整。根据教育部工作要求，学校硕士研究生招生学科目录预计9月底10月初才能公布，为尽可能减少招生考试科目调整对考生备考的影响，现将相关工作向广大考生预公告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一、招生学科调整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实验室2026年拟设地理学（学科代码：070500）硕士招生学科，下设“01 自然地理学”研究方向。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二、初试科目及范围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初试科目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科目一思想政治理论、科目二英语（一）、科目三数学（三）、科目四地理学综合。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初试范围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思想政治理论、英语（二）、数学（三）：教育部统一命题，参见教育部考试中心编制的考试大纲。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理学综合：自然地理学内容重点考察地球运动、自然地理系统、地球圈层及相互作用、大气环流（季风）、洋流、自然界水循环、地域分异、自然区划、自然地理与生态环境等；人文地理学内容重点考察世界地理、经济地理、城市地理、人口地理、社会地理、文化地理、旅游地理、政治地理、行为地理、GIS在人文地理学中的应用等；地图学与地理信息系统内容重点考察GIS概述、空间参考与坐标系统、空间数据结构、空间数据采集与处理、空间数据库、空间分析、GIS应用、GIS开发、GIS发展展望、遥感概论、电磁波与辐射度学基础、辐射传输基础、遥感平台与传感器系统、遥感图像的数字处理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参考书目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（1）《自然地理学》（2008，第四版），伍光和等主编，高等教育出版社（2008）；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（2）《人文地理学及野外实习教程》孔翔、钟业喜、申悦编著，高等教育出版社（2021）；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（3）《地理信息系统导论》，张康聪（Chang, Kang-Tsung），科学出版社（2019）；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（4）《遥感导论》，梅安新，高等教育出版社（2001）。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自然地理学（笔试）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笔试内容：自然地理学领域的基本概念、理论和工作方法。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参考书目：《自然地理学》（2008，第四版），伍光和等主编，高等教育出版社。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专业基础知识与基本理论及应用技能（面试）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外语（面试）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实验室其他专业初试科目、初试范围、复试范围若有变动将在第一时间通知，请持续关注。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上述变化最终以学校研招网公布的信息为准。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欢迎报考！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实验室招生咨询联系方式：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金老师 电话：021-54836042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电子信箱：cjin@sklec.ecnu.edu.cn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