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福州大学化工学院2026年招收推荐免试研究生（含硕士生和直博生）复试方案及实施细则-福州大学化工学院</w:t>
      </w:r>
    </w:p>
    <w:p>
      <w:r>
        <w:t>福州大学化工学院2026年招收推荐免试研究生（含硕士生和直博生）复试方案及实施细则</w:t>
      </w:r>
    </w:p>
    <w:p>
      <w:r>
        <w:t>阅读量：</w:t>
      </w:r>
    </w:p>
    <w:p>
      <w:r>
        <w:t>附件【复试方案中的附件.zip】已下载 次</w:t>
      </w:r>
    </w:p>
    <w:p>
      <w:r>
        <w:t>联系我们</w:t>
      </w:r>
    </w:p>
    <w:p>
      <w:r>
        <w:t>地址：福建省福州市福州大学城乌龙江北大道2号</w:t>
      </w:r>
    </w:p>
    <w:p>
      <w:r>
        <w:t>邮编：350108</w:t>
      </w:r>
    </w:p>
    <w:p>
      <w:r>
        <w:t>邮箱：syhg@fzu.edu.cn</w:t>
      </w:r>
    </w:p>
    <w:p>
      <w:r>
        <w:t>电话（传真）：0591-22865957</w:t>
      </w:r>
    </w:p>
    <w:p>
      <w:r>
        <w:t>社交媒体</w:t>
      </w:r>
    </w:p>
    <w:p>
      <w:r>
        <w:t>化工学院官微</w:t>
      </w:r>
    </w:p>
    <w:p>
      <w:r>
        <w:t>化工学院官网</w:t>
      </w:r>
    </w:p>
    <w:p>
      <w:r>
        <w:t>宣传视频</w:t>
      </w:r>
    </w:p>
    <w:p>
      <w:r>
        <w:t>Copyright © 2025 福州大学化工学院版权所有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