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东华理工大学地球与行星科学学院推荐2026届优秀本科毕业生免试攻读研究生工作细则</w:t>
      </w:r>
    </w:p>
    <w:p>
      <w:pPr>
        <w:spacing w:before="160" w:after="80" w:lineRule="auto" w:line="360"/>
        <w:jc w:val="left"/>
      </w:pPr>
      <w:r>
        <w:rPr>
          <w:rFonts w:ascii="Times New Roman" w:hAnsi="Times New Roman" w:eastAsia="宋体"/>
          <w:b/>
          <w:sz w:val="28"/>
        </w:rPr>
        <w:t>一、基本信息</w:t>
      </w:r>
    </w:p>
    <w:p>
      <w:pPr>
        <w:spacing w:after="80" w:lineRule="auto" w:line="360"/>
        <w:ind w:firstLine="482"/>
        <w:jc w:val="both"/>
      </w:pPr>
      <w:r>
        <w:rPr>
          <w:rFonts w:ascii="Times New Roman" w:hAnsi="Times New Roman" w:eastAsia="宋体"/>
          <w:b w:val="0"/>
          <w:sz w:val="24"/>
        </w:rPr>
        <w:t>发布日期：2025年9月1日</w:t>
      </w:r>
    </w:p>
    <w:p>
      <w:pPr>
        <w:spacing w:after="80" w:lineRule="auto" w:line="360"/>
        <w:ind w:firstLine="482"/>
        <w:jc w:val="both"/>
      </w:pPr>
      <w:r>
        <w:rPr>
          <w:rFonts w:ascii="Times New Roman" w:hAnsi="Times New Roman" w:eastAsia="宋体"/>
          <w:b w:val="0"/>
          <w:sz w:val="24"/>
        </w:rPr>
        <w:t>东华理工大学地球与行星科学学院发布《推荐2026届优秀本科毕业生免试攻读研究生工作细则》，发布者为陈磊，发布时间为2025-09-01。</w:t>
      </w:r>
    </w:p>
    <w:p>
      <w:pPr>
        <w:spacing w:before="160" w:after="80" w:lineRule="auto" w:line="360"/>
        <w:jc w:val="left"/>
      </w:pPr>
      <w:r>
        <w:rPr>
          <w:rFonts w:ascii="Times New Roman" w:hAnsi="Times New Roman" w:eastAsia="宋体"/>
          <w:b/>
          <w:sz w:val="28"/>
        </w:rPr>
        <w:t>二、工作依据</w:t>
      </w:r>
    </w:p>
    <w:p>
      <w:pPr>
        <w:spacing w:after="80" w:lineRule="auto" w:line="360"/>
        <w:ind w:firstLine="482"/>
        <w:jc w:val="both"/>
      </w:pPr>
      <w:r>
        <w:rPr>
          <w:rFonts w:ascii="Times New Roman" w:hAnsi="Times New Roman" w:eastAsia="宋体"/>
          <w:b w:val="0"/>
          <w:sz w:val="24"/>
        </w:rPr>
        <w:t>为做好推荐2026届优秀应届本科毕业生免试攻读硕士学位研究生工作（以下简称推免工作，相关学生简称推免生），根据《东华理工大学推荐优秀应届本科毕业生免试攻读硕士研究生工作办法（试行）》（校政字〔2025〕79号）相关规定，结合学院实际，特制订本工作细则。</w:t>
      </w:r>
    </w:p>
    <w:p>
      <w:pPr>
        <w:spacing w:before="160" w:after="80" w:lineRule="auto" w:line="360"/>
        <w:jc w:val="left"/>
      </w:pPr>
      <w:r>
        <w:rPr>
          <w:rFonts w:ascii="Times New Roman" w:hAnsi="Times New Roman" w:eastAsia="宋体"/>
          <w:b/>
          <w:sz w:val="28"/>
        </w:rPr>
        <w:t>三、附件材料</w:t>
      </w:r>
    </w:p>
    <w:p>
      <w:pPr>
        <w:spacing w:after="80" w:lineRule="auto" w:line="360"/>
        <w:ind w:firstLine="482"/>
        <w:jc w:val="both"/>
      </w:pPr>
      <w:r>
        <w:rPr>
          <w:rFonts w:ascii="Times New Roman" w:hAnsi="Times New Roman" w:eastAsia="宋体"/>
          <w:b w:val="0"/>
          <w:sz w:val="24"/>
        </w:rPr>
        <w:t>1. 附件1：东华理工大学推荐优秀应届本科毕业生免试攻读硕士研究生工作办法（试行）.docx</w:t>
      </w:r>
    </w:p>
    <w:p>
      <w:pPr>
        <w:spacing w:after="80" w:lineRule="auto" w:line="360"/>
        <w:ind w:firstLine="482"/>
        <w:jc w:val="both"/>
      </w:pPr>
      <w:r>
        <w:rPr>
          <w:rFonts w:ascii="Times New Roman" w:hAnsi="Times New Roman" w:eastAsia="宋体"/>
          <w:b w:val="0"/>
          <w:sz w:val="24"/>
        </w:rPr>
        <w:t>2. 附件2：2026届东华理工大学地球与行星科学学院推荐优秀应届本科毕业生免试攻读硕士研究生工作细则.doc</w:t>
      </w:r>
    </w:p>
    <w:p>
      <w:pPr>
        <w:spacing w:after="80" w:lineRule="auto" w:line="360"/>
        <w:ind w:firstLine="482"/>
        <w:jc w:val="both"/>
      </w:pPr>
      <w:r>
        <w:rPr>
          <w:rFonts w:ascii="Times New Roman" w:hAnsi="Times New Roman" w:eastAsia="宋体"/>
          <w:b w:val="0"/>
          <w:sz w:val="24"/>
        </w:rPr>
        <w:t>3. 附件3：地球与行星科学学院—东华理工大学2026届本科毕业生推免拟推荐名单汇总表.xls</w:t>
      </w:r>
    </w:p>
    <w:p>
      <w:pPr>
        <w:spacing w:before="160" w:after="80" w:lineRule="auto" w:line="360"/>
        <w:jc w:val="left"/>
      </w:pPr>
      <w:r>
        <w:rPr>
          <w:rFonts w:ascii="Times New Roman" w:hAnsi="Times New Roman" w:eastAsia="宋体"/>
          <w:b/>
          <w:sz w:val="28"/>
        </w:rPr>
        <w:t>四、联系方式</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