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一、考核结果明细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中医养生治未病的基础与临床研究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二、汇总说明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本轮推免考核共涉及考生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 2 人，考核未通过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涉及院系为针灸推拿学院·养生康复学院，涉及专业为针灸推拿学、中医内科学、中医康复学。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