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北京大学城市规划与设计学院2026年优秀大学生夏令营营员初选名单公示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北京大学城市规划与设计学院2026年优秀大学生夏令营营员初选名单公示。经北京大学城市规划与设计学院夏令营遴选小组审核，2026年优秀大学生夏令营营员初选名单及分组如下：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发布日期：2026年6月26日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一、A组名单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78"/>
        <w:gridCol w:w="2878"/>
        <w:gridCol w:w="2878"/>
      </w:tblGrid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志愿ID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ZY202647784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朱雨涵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ZY202647248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余洁璇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ZY202647428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王静茹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ZY202647136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潘喆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ZY202646999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方子华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ZY202653427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陈思凡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ZY202652543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陈云山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ZY202648708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袁畅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ZY202655583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党安祺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ZY202653553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黄子刚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ZY202652441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欧阳怀飞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ZY202652786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暨民卓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ZY202653730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许景焜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ZY202648302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杨颜瑞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ZY202662191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吴怡蕾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ZY202651797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陈浩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ZY202657466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林卓然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ZY202663739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王骁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ZY202661560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李佳音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ZY202659281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黄俊铭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ZY202657925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王申未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ZY202660837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蔡馥繁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ZY202663379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吴鑫泽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ZY202653274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夏舒怡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ZY202646891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丁熠晨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ZY202646808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黎芮嘉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27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ZY202649343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唐诗雅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28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ZY202646898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许可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29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ZY202647646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鲁静宜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30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ZY202662727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石灵奇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31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ZY202648932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彭远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ZY202658754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叶怀潇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二、B组名单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78"/>
        <w:gridCol w:w="2878"/>
        <w:gridCol w:w="2878"/>
      </w:tblGrid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志愿ID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ZY202650684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李心茵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ZY202649603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孙炫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ZY202647607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王晓君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ZY202647644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吴宇衡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ZY202651249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项媛媛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ZY202652238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但崇健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ZY202647478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王家晔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ZY202648238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刘思芊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ZY202647135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贝倩怡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ZY202652512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黄兆堃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ZY202653743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胡婉淇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ZY202649887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李承泽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ZY202652303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李昊臻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ZY202656928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王文桢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ZY202659710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叶喆萱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ZY202647897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黄正宇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ZY202658279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周正南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ZY202657185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陈靖林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ZY202663500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李彤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ZY202647018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吴敏艺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ZY202662591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韩知言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ZY202647604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袁书翼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ZY202665436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李聿满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ZY202669854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魏菀莹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ZY202668201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吴孟琴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ZY202648500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李晨翔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27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ZY202669039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吴佳乐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28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ZY202671871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马慧杰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29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ZY202671256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王颉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30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ZY202669311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黄睿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31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ZY202648488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杨丹阳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ZY202650930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杨漫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ZY202668791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李世进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ZY202646763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苏馨怡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三、C组名单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78"/>
        <w:gridCol w:w="2878"/>
        <w:gridCol w:w="2878"/>
      </w:tblGrid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志愿ID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ZY202647006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薛轶元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ZY202648474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王馨宁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ZY202651484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慕棣文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ZY202649444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罗欣怡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ZY202647846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陈米娜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ZY202647005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钟涵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ZY202647715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王雨博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ZY202646980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郭婧媛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ZY202648755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梅歆怡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ZY202647929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刘轩宇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ZY202653643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黄佳芮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ZY202652405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钟翾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ZY202652947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苏盼兮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ZY202654415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崔子昂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ZY202659251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朱治锦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ZY202655669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刘科均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ZY202661073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王昕娅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ZY202660377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刘雅祯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ZY202656916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易子琪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ZY202660115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曹艺霏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ZY202668161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王小妮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ZY202660145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吴亚南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ZY202662977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海雅琪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ZY202659650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彭子婧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四、夏令营活动安排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夏令营活动时间：7月2日至7月3日。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地点：深圳市北京大学深圳研究生院-城市规划与设计学院。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具体安排志愿者将会邮件通知各位营员。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北京大学城市规划与设计学院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2026年6月26日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