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推免】材料技术学部关于做好2026年推荐优秀应届本科生免试攻读研究生工作的通知</w:t>
      </w:r>
    </w:p>
    <w:p>
      <w:pPr>
        <w:spacing w:before="160" w:after="80" w:lineRule="auto" w:line="360"/>
        <w:jc w:val="left"/>
      </w:pPr>
      <w:r>
        <w:rPr>
          <w:rFonts w:ascii="Times New Roman" w:hAnsi="Times New Roman" w:eastAsia="宋体"/>
          <w:b/>
          <w:sz w:val="28"/>
        </w:rPr>
        <w:t>一、通知背景与对象</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1. 本通知面向2026届本科毕业生，启动推荐优秀应届本科毕业生免试攻读研究生（简称“推免”）工作。</w:t>
      </w:r>
    </w:p>
    <w:p>
      <w:pPr>
        <w:spacing w:after="80" w:lineRule="auto" w:line="360"/>
        <w:ind w:firstLine="482"/>
        <w:jc w:val="both"/>
      </w:pPr>
      <w:r>
        <w:rPr>
          <w:rFonts w:ascii="Times New Roman" w:hAnsi="Times New Roman" w:eastAsia="宋体"/>
          <w:b w:val="0"/>
          <w:sz w:val="24"/>
        </w:rPr>
        <w:t>2. 推免工作于2025年9月启动，旨在保证推免工作如期、有序完成。</w:t>
      </w:r>
    </w:p>
    <w:p>
      <w:pPr>
        <w:spacing w:before="160" w:after="80" w:lineRule="auto" w:line="360"/>
        <w:jc w:val="left"/>
      </w:pPr>
      <w:r>
        <w:rPr>
          <w:rFonts w:ascii="Times New Roman" w:hAnsi="Times New Roman" w:eastAsia="宋体"/>
          <w:b/>
          <w:sz w:val="28"/>
        </w:rPr>
        <w:t>二、工作流程与时间节点</w:t>
      </w:r>
    </w:p>
    <w:p>
      <w:pPr>
        <w:spacing w:after="80" w:lineRule="auto" w:line="360"/>
        <w:ind w:firstLine="482"/>
        <w:jc w:val="both"/>
      </w:pPr>
      <w:r>
        <w:rPr>
          <w:rFonts w:ascii="Times New Roman" w:hAnsi="Times New Roman" w:eastAsia="宋体"/>
          <w:b w:val="0"/>
          <w:sz w:val="24"/>
        </w:rPr>
        <w:t>1. 9月5日12:00前：符合条件的学生（详见办法、附件1）提交申请表等书面材料（附件2-4）及相关证明材料（获奖证书复印件等）纸质版及电子版至带班辅导员，并抄送电子版至419332792@qq.com（张正东老师）。邮件主题以“2026推免+学生姓名+手机号”命名，电子版材料以“学生姓名+学号+专业”命名。由学部进行初步审核，逾时视为自动放弃。</w:t>
      </w:r>
    </w:p>
    <w:p>
      <w:pPr>
        <w:spacing w:after="80" w:lineRule="auto" w:line="360"/>
        <w:ind w:firstLine="482"/>
        <w:jc w:val="both"/>
      </w:pPr>
      <w:r>
        <w:rPr>
          <w:rFonts w:ascii="Times New Roman" w:hAnsi="Times New Roman" w:eastAsia="宋体"/>
          <w:b w:val="0"/>
          <w:sz w:val="24"/>
        </w:rPr>
        <w:t>2. 9月9日前：学部材料审核工作组对申请推免资格学生的科研创新成果、学术论文、学科竞赛获奖奖项及内容进行审核鉴定，并组织相关学生在一定范围内进行公开答辩（时间地点另行通知）。结果公示三日后，将推免学生情况汇总表及相关材料汇总交至本科生院。</w:t>
      </w:r>
    </w:p>
    <w:p>
      <w:pPr>
        <w:spacing w:after="80" w:lineRule="auto" w:line="360"/>
        <w:ind w:firstLine="482"/>
        <w:jc w:val="both"/>
      </w:pPr>
      <w:r>
        <w:rPr>
          <w:rFonts w:ascii="Times New Roman" w:hAnsi="Times New Roman" w:eastAsia="宋体"/>
          <w:b w:val="0"/>
          <w:sz w:val="24"/>
        </w:rPr>
        <w:t>3. 9月11日后：学校推免生遴选工作领导小组听取并审定拟推免生名单，公示七天后，由本科生院将名单上传至教育部推免服务系统。</w:t>
      </w:r>
    </w:p>
    <w:p>
      <w:pPr>
        <w:spacing w:before="160" w:after="80" w:lineRule="auto" w:line="360"/>
        <w:jc w:val="left"/>
      </w:pPr>
      <w:r>
        <w:rPr>
          <w:rFonts w:ascii="Times New Roman" w:hAnsi="Times New Roman" w:eastAsia="宋体"/>
          <w:b/>
          <w:sz w:val="28"/>
        </w:rPr>
        <w:t>三、注意事项与材料清单</w:t>
      </w:r>
    </w:p>
    <w:p>
      <w:pPr>
        <w:spacing w:after="80" w:lineRule="auto" w:line="360"/>
        <w:ind w:firstLine="482"/>
        <w:jc w:val="both"/>
      </w:pPr>
      <w:r>
        <w:rPr>
          <w:rFonts w:ascii="Times New Roman" w:hAnsi="Times New Roman" w:eastAsia="宋体"/>
          <w:b w:val="0"/>
          <w:sz w:val="24"/>
        </w:rPr>
        <w:t>1. 请有意参加推免的同学关注学部或学校网站相关通知，及早准备相关材料。</w:t>
      </w:r>
    </w:p>
    <w:p>
      <w:pPr>
        <w:spacing w:after="80" w:lineRule="auto" w:line="360"/>
        <w:ind w:firstLine="482"/>
        <w:jc w:val="both"/>
      </w:pPr>
      <w:r>
        <w:rPr>
          <w:rFonts w:ascii="Times New Roman" w:hAnsi="Times New Roman" w:eastAsia="宋体"/>
          <w:b w:val="0"/>
          <w:sz w:val="24"/>
        </w:rPr>
        <w:t>2. 相关文件包括：上海应用技术大学推荐优秀应届本科毕业生免试攻读研究生工作实施办法（试行）、材料技术学部2026年推荐优秀应届本科毕业生免试攻读研究生实施方案、附件1-材料技术学部2026年本科生免试攻读研究生评审细则、附件2-上海应用技术大学推荐优秀本科毕业生免试攻读研究生申请表、附件3-上海应用技术大学申请免试攻读研究生承诺书、附件4-上海应用技术大学申请推免资格学生回避关系报备声明、附件5-上海应用技术大学申请推免资格学生回避关系教职工报备声明、附件6-上海应用技术大学推免相关工作人员承诺书。</w:t>
      </w:r>
    </w:p>
    <w:p>
      <w:pPr>
        <w:spacing w:after="80" w:lineRule="auto" w:line="360"/>
        <w:ind w:firstLine="482"/>
        <w:jc w:val="both"/>
      </w:pPr>
      <w:r>
        <w:rPr>
          <w:rFonts w:ascii="Times New Roman" w:hAnsi="Times New Roman" w:eastAsia="宋体"/>
          <w:b w:val="0"/>
          <w:sz w:val="24"/>
        </w:rPr>
        <w:t>联系方式：419332792@qq.com（张正东老师）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