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河南大学数学与统计学院2026年接收推荐免试研究生（含直博生）复试工作方案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河南大学数学与统计学院2026年接收推荐免试研究生（含直博生）复试工作方案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发布日期（推定）：2025年9月18日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一、复试工作原则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全面考核，以德为先：坚持德智体美劳全面衡量，以德为先，择优录取，将思想品德考核作为推免生录取的重要依据，重点考查政治态度、思想表现、道德品质、科学精神、诚实守信、遵纪守法等，思想品德考核不合格者不予录取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公平公正，严格管理：坚持严格管理，确保接收推免生工作公平公正，做到政策透明、程序公正、结果公开、监督机制健全。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二、复试与录取工作组织管理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学院成立研究生招生工作领导小组，全面负责推荐免试研究生（含直博生）接收工作。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领导小组按“简章”要求，组织成立考生资格核查小组，负责复试资格审核；组织成立由5位专家组成的学科专业复试小组，对通过资格审核的申请人进行复试考核。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三、复试录取工作实施细则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复试方式：采取线上线下相结合方式，考生可自主选择，需提前告知学院研究生与科研工作办公室。线上复试采用腾讯会议网络平台，具体要求见附件“数学与统计学院2026年硕士推免生线上复试考生须知”。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复试时间安排：根据推免生报名情况安排多次复试，具体时间另行通知。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复试内容与要求：以面试形式考察综合素质与英语能力，总时长约30分钟。综合素质环节需准备约5分钟PPT，介绍思想品德、学习、奖项、科研、研究生学习规划等，考官提问测试专业知识综合掌握和科研创新能力；英语能力环节测试英语掌握和综合运用能力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4. 复试成绩：满分100分，其中综合素质考核80分，英语能力20分。复试小组对每位考生单独评分，去掉最高分和最低分后取平均值作为复试成绩。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5. 待录取办法：学院招生工作领导小组根据招生计划、复试成绩及思想政治表现，按全面衡量、择优录取原则确定待录取名单，报学校研究生招生工作领导小组办公室。复试成绩不及格（低于60分）或思想品德考核不合格者不予录取。学校通过“推免服务系统”（网址：http://yz.chsi.com.cn/tm）发出待录取通知，考生须在规定时间内登录系统确认，否则视为放弃。已被接收的推免生（含直博生）在系统完成拟录取后，不得再报名参加当年硕士研究生全国统一考试，否则取消录取资格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6. 复试前需提交材料：身份证、学生证、学校教务管理部门提供的成绩单复印件、科研成果（论文、项目等）和各类获奖证书复印件、个人陈述（见附件）。线下复试考生在报到时现场提交；线上复试考生需提前将电子版材料发送至邮箱：henumath105@163.com（邮件主题：2026推免材料，材料压缩为一个压缩包，以“学校+姓名”格式命名）。材料一经提交概不退还，推免生须保证材料真实可靠，否则直接取消待录取资格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四、特别提醒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已通过推免服务系统确认同意复试的考生请扫码（见附件）加入“河大数学2026推免复试”微信群，并修改群昵称为实名。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联系方式：学院研究生与科研工作办公室（复试方式告知及咨询）；电子邮箱：henumath105@163.com；相关简章网址：https://grs.henu.edu.cn/info/1176/55912.htm；推免服务系统网址：http://yz.chsi.com.cn/tm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（本通知同时涵盖预推免与正式推免流程）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