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化工学院2026年优秀应届本科毕业生免试攻读研究生拟推荐名单公示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本公示为福州大学化工学院2026年优秀应届本科毕业生免试攻读研究生拟推荐名单。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公示具体名单详见网页正文或附件（此处未提供详细名单内容）。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地址：福建省福州市福州大学城乌龙江北大道2号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邮编：350108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邮箱：syhg@fzu.edu.cn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电话（传真）：0591-22865957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本通知为拟推荐名单公示，后续推免流程（如复试、录取等）请参照学院相关通知。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