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华中农业大学动科动医学院接收推免生复试名单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华中农业大学动科动医学院接收推免生复试名单，共27人。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所在学校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类别（学术学位硕士或专业学位硕士）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研究方向名称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李玉洁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学术学位博士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动物遗传育种与繁殖01-03方向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湖南农业大学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动物遗传育种与繁殖01-03方向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范子豪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动物遗传育种与繁殖01-03方向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陈茂嘉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动物遗传育种与繁殖01-03方向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武汉轻工大学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动物遗传育种与繁殖01-03方向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王珊珊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动物遗传育种与繁殖01-03方向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湖南农业大学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动物遗传育种与繁殖01-03方向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白仕婧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动物遗传育种与繁殖01-03方向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陈梓晴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华南农业大学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动物遗传育种与繁殖01-03方向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倪宇琪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青岛农业大学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动物遗传育种与繁殖01-03方向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何毓容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石河子大学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动物遗传育种与繁殖01-03方向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罗与同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动物遗传育种与繁殖01-03方向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动物遗传育种与繁殖01-03方向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胡俊婷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河南科技大学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动物遗传育种与繁殖01-03方向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湖南农业大学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动物遗传育种与繁殖01-03方向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动物生产与畜牧工程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夏永健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南京农业大学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动物生产与畜牧工程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闫昱男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山西农业大学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郭晓艳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赵紫芸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武汉轻工大学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戴佳琪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江西农业大学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姜薇薇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石河子大学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安徽农业大学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岳仕杰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钟思卿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西北民族大学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刘妍利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西北民族大学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敖梦洁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二、类别与专业分布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学术学位博士：1人（李玉洁），专业代码090501，专业名称动物遗传育种与繁殖，研究方向为动物遗传育种与繁殖01-03方向。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术学位硕士：共16人。其中专业代码090501、专业名称动物遗传育种与繁殖、研究方向为动物遗传育种与繁殖01-03方向者14人（黄歆、范子豪、陈茂嘉、吴晶、王珊珊、汤隽、白仕婧、陈梓晴、倪宇琪、何毓容、罗与同、张炳、胡俊婷、张驰）；专业代码0905Z1、专业名称动物生产与畜牧工程者2人（吴桐、夏永健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专业学位硕士：共10人，专业代码095133，专业名称农业硕士（畜牧）（闫昱男、郭晓艳、赵紫芸、戴佳琪、姜薇薇、章浩、岳仕杰、钟思卿、刘妍利、敖梦洁）。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原文未提供排名或评分方式、公示期信息。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