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 号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 名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1. 平均学分绩点成绩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成绩 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2. 综合能力考核成绩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成绩 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总成绩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备注</w:t>
            </w:r>
          </w:p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平均学分绩点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（绩点 ×10+50 ） ×95%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 1 ） 竞赛类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 2 ） 社会实践类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 3 ） 学术成果类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 4 ） 国际交流类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（综合能力考核成绩） ×5%</w:t>
            </w:r>
          </w:p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  <w:tc>
          <w:tcPr>
            <w:tcW w:type="dxa" w:w="719"/>
          </w:tcPr>
          <w:p/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220408010218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王语惠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4.017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85.6615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0.75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86.41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220408010313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罗玉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4.026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85.747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86.25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220408010212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林棋婷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4.022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85.709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86.21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220408010309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刘乔冉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4.015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85.6425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86.14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220408010314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马小潼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4.034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85.823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85.82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220408010304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高鑫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4.015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85.6425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85.64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220408010116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马日耶木古丽 · 热合曼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3.985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85.3575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85.36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220408010132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再图乃姆 · 艾散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3.979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85.3005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85.30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220409010104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崔舒媛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3.977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85.2815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85.28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220408010407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李飞阳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3.962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85.139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85.14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220408010424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王梓琦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3.938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84.911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84.91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220408010129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杨玉梅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3.934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84.873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84.87</w:t>
            </w:r>
          </w:p>
        </w:tc>
        <w:tc>
          <w:tcPr>
            <w:tcW w:type="dxa" w:w="719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0.5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220408010212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林棋婷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4.022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85.709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0.5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86.21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220408010309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刘乔冉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4.015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85.6425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0.5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86.14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220408010314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马小潼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4.034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85.823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85.82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220408010304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高鑫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4.015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85.6425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85.64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220408010116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马日耶木古丽·热合曼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3.985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85.3575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85.36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220408010132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再图乃姆·艾散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3.979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85.3005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220409010104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崔舒媛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3.977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85.2815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85.28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220408010407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李飞阳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3.962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85.139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85.14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220408010424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王梓琦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3.938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84.911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84.91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220408010129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杨玉梅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3.934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84.873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84.87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