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山东大学生命科学学院2022年接收推荐免试硕士研究生复试录取工作安排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山东大学生命科学学院2022年接收推荐免试硕士研究生复试录取工作安排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一、接收推免生人数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总接收人数：73人，其中已预录取夏令营学生约学硕30人、专硕15人。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二、接收推免生专业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接收专业包括：植物学、遗传学、发育生物学、细胞生物学、生物化学与分子生物学、生态学、生物与医药（专业学位）。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普通全日制应届本科毕业生，并在本科就读学校取得推荐免试资格。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遵纪守法，品行优良，无任何违法违纪受处分记录。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学风端正，无任何考试作弊或剽窃他人学术成果记录。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符合我校当年招生简章和招生专业目录中规定的报考条件。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身心健康，符合国家及我校的相关体检要求。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四、审查材料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思想政治情况审核表（附件1）。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本科阶段成绩单原件，须加盖学校教务主管部门公章。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外语水平证明原件或外语资格考试成绩单原件。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个人简述。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考生复试承诺书（附件2）。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获奖证书原件。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体现自身学术水平的代表性学术论文、出版物或原创性工作成果等材料。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在校期间参军入伍服兵役、参加志愿服务、到国际组织实习等证明材料。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以上材料需扫描并打包压缩后发送至xsnan@sdu.edu.cn邮箱。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五、复试安排及招录程序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9月15日前在山东大学推免生预报名系统中的报名情况，择优公示参加推免复试人员名单（见附件3），复试学生需扫码加入生院2022推免微信群（已参加夏令营学生及无关人员勿入），进群后修改备注为：姓名+报考专业+本科学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复试方式为线上面试（使用腾讯会议）。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9月23日下午14:00进行线上模拟演练。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9月24日下午14:00开始线上面试。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9月27日在生命科学学院网页上公示拟录取名单。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9月28日，拟录取推免生（含预录取夏令营学生）登录中国研究生招生信息网填报信息，学院通过国家推免系统发送复试通知和拟录取通知，考生应在规定时间内接收，逾期不接收者取消拟录取资格。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六、复试方案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复试内容：英语口语和综合知识考核。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复试方式：线上面试（使用腾讯会议）。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录取办法：按复试成绩由高到低录取。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七、其他事项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未在我校推免预报名系统中报名的学生，可直接与我院联系，经同意后按安排参加复试。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对推免过程中弄虚作假、有学术不端行为的学生，一经查实，取消推免生资格，并按规定记入《国家教育考试考生诚信档案》，视情节暂停参加全国硕士研究生招生考试1至3年。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已被接收的推免生，不得再报名参加当年硕士研究生考试招生，否则取消推免录取资格。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已取得录取资格的推免生，在研究生入学前未取得本科毕业证书和学士学位证书的，取消录取资格。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本简章未尽事宜均以国家和山东大学相关文件为准。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联系人：南贤淑、于梅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联系电话：0532-58630811、58630812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邮箱：xsnan@sdu.edu.cn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