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北航宇航学院接收推荐免试攻读2026年研究生（含博士）复试名单及复试安排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北航宇航学院接收推荐免试攻读2026年研究生（含博士）复试名单及复试安排已公布。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复试名单详见附件：附件1：宇航学院接收推荐免试攻读2026年研究生（含博士）复试名单.pdf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复试安排随本通知一并发布，具体内容见原文附件及正文。</w:t>
      </w:r>
    </w:p>
    <w:p>
      <w:r>
        <w:rPr>
          <w:rFonts w:ascii="Times New Roman" w:hAnsi="Times New Roman" w:eastAsia="宋体"/>
          <w:b w:val="0"/>
          <w:color w:val="993333"/>
          <w:sz w:val="20"/>
        </w:rPr>
        <w:t>[图片：附件1：宇航学院接收推荐免试攻读2026年研究生（含博士）复试名单.pdf]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