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附件2.成绩排名证明模板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  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兹证明，    大学    学院    专业本科生      ，学号：     ，前  5/6 学期课程平均学分绩为    ,满分绩为    ，在该专业    名学生中排名第    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xx大学xx学院（加盖公章）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  月  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