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海南师范大学推荐免试研究生资格审查情况一览表（2026年）</w:t>
      </w:r>
    </w:p>
    <w:p>
      <w:r>
        <w:t>体育学院</w:t>
      </w:r>
    </w:p>
    <w:p>
      <w:r>
        <w:t>师资力量</w:t>
      </w:r>
    </w:p>
    <w:p>
      <w:r>
        <w:t>教学团队</w:t>
      </w:r>
    </w:p>
    <w:p>
      <w:r>
        <w:t>研究生导师</w:t>
      </w:r>
    </w:p>
    <w:p>
      <w:r>
        <w:t>教学管理人员</w:t>
      </w:r>
    </w:p>
    <w:p>
      <w:r>
        <w:t>通知公告</w:t>
      </w:r>
    </w:p>
    <w:p/>
    <w:p>
      <w:r>
        <w:t>党群工作</w:t>
      </w:r>
    </w:p>
    <w:p>
      <w:r>
        <w:t>工会动态</w:t>
      </w:r>
    </w:p>
    <w:p>
      <w:r>
        <w:t>教工风采</w:t>
      </w:r>
    </w:p>
    <w:p>
      <w:r>
        <w:t>训练竞赛</w:t>
      </w:r>
    </w:p>
    <w:p>
      <w:r>
        <w:t>运动队简介</w:t>
      </w:r>
    </w:p>
    <w:p>
      <w:r>
        <w:t>赛事动态</w:t>
      </w:r>
    </w:p>
    <w:p>
      <w:r>
        <w:t>国际交流</w:t>
      </w:r>
    </w:p>
    <w:p>
      <w:r>
        <w:t>交流动态</w:t>
      </w:r>
    </w:p>
    <w:p>
      <w:r>
        <w:t>合作办学</w:t>
      </w:r>
    </w:p>
    <w:p>
      <w:r>
        <w:t>本科招生</w:t>
      </w:r>
    </w:p>
    <w:p>
      <w:r>
        <w:t>研究生招生</w:t>
      </w:r>
    </w:p>
    <w:p>
      <w:r>
        <w:t>就业</w:t>
      </w:r>
    </w:p>
    <w:p>
      <w:r>
        <w:t>学生天地</w:t>
      </w:r>
    </w:p>
    <w:p>
      <w:r>
        <w:t>校友风采</w:t>
      </w:r>
    </w:p>
    <w:p>
      <w:r>
        <w:t>在校生管理</w:t>
      </w:r>
    </w:p>
    <w:p>
      <w:r>
        <w:t>下载中心</w:t>
      </w:r>
    </w:p>
    <w:p>
      <w:r>
        <w:t>师范认证</w:t>
      </w:r>
    </w:p>
    <w:p>
      <w:r>
        <w:t>学校文件</w:t>
      </w:r>
    </w:p>
    <w:p>
      <w:r>
        <w:t>学院制度</w:t>
      </w:r>
    </w:p>
    <w:p>
      <w:r>
        <w:t>本科审核评估</w:t>
      </w:r>
    </w:p>
    <w:p>
      <w:r>
        <w:t>海南师范大学推荐免试研究生资格审查情况一览表（2026年）</w:t>
      </w:r>
    </w:p>
    <w:p>
      <w:r>
        <w:t>发布者：吴春蕊发布时间：2025-09-09浏览次数：326</w:t>
      </w:r>
    </w:p>
    <w:p>
      <w:r>
        <w:t>海南师范大学推荐免试研究生资格审查情况一览表（2026年）：</w:t>
      </w:r>
    </w:p>
    <w:p>
      <w:r>
        <w:t>9.9 (无身份证) 附件5：海南师范大学推荐免试研究生资格审查情况一览表 - 副本 - 副本.xls</w:t>
      </w:r>
    </w:p>
    <w:p>
      <w:r>
        <w:t>行政办公室：（0898）66703352 教务科研办公室：（0898）66703625 学生工作办公室：（0898）66703597</w:t>
      </w:r>
    </w:p>
    <w:p>
      <w:r>
        <w:t>地址：海南省海口市龙昆南路99号</w:t>
      </w:r>
    </w:p>
    <w:p>
      <w:r>
        <w:t>海南师范大学体育学院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